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08CBB" w14:textId="77777777" w:rsidR="00666E6A" w:rsidRDefault="00262D14">
      <w:pPr>
        <w:spacing w:after="80"/>
        <w:jc w:val="center"/>
      </w:pPr>
      <w:r>
        <w:rPr>
          <w:noProof/>
        </w:rPr>
        <w:drawing>
          <wp:inline distT="0" distB="0" distL="0" distR="0" wp14:anchorId="5C183379" wp14:editId="277B9561">
            <wp:extent cx="1143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UBE-HOTMART-600x60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B7E0" w14:textId="77777777" w:rsidR="00666E6A" w:rsidRPr="00855EB2" w:rsidRDefault="00262D14">
      <w:pPr>
        <w:spacing w:after="40"/>
        <w:jc w:val="center"/>
        <w:rPr>
          <w:lang w:val="pt-BR"/>
        </w:rPr>
      </w:pPr>
      <w:r w:rsidRPr="00855EB2">
        <w:rPr>
          <w:b/>
          <w:color w:val="C7923E"/>
          <w:lang w:val="pt-BR"/>
        </w:rPr>
        <w:t>BANCO DE FERRAMENTAS</w:t>
      </w:r>
    </w:p>
    <w:p w14:paraId="5FE1F353" w14:textId="77777777" w:rsidR="00666E6A" w:rsidRPr="00855EB2" w:rsidRDefault="00262D14">
      <w:pPr>
        <w:spacing w:after="80"/>
        <w:jc w:val="center"/>
        <w:rPr>
          <w:lang w:val="pt-BR"/>
        </w:rPr>
      </w:pPr>
      <w:r w:rsidRPr="00855EB2">
        <w:rPr>
          <w:rFonts w:ascii="Times New Roman" w:hAnsi="Times New Roman"/>
          <w:b/>
          <w:sz w:val="46"/>
          <w:lang w:val="pt-BR"/>
        </w:rPr>
        <w:t>Ficha cadastral do fiador</w:t>
      </w:r>
    </w:p>
    <w:p w14:paraId="7A40A704" w14:textId="77777777" w:rsidR="00666E6A" w:rsidRPr="00855EB2" w:rsidRDefault="00262D14">
      <w:pPr>
        <w:jc w:val="center"/>
        <w:rPr>
          <w:lang w:val="pt-BR"/>
        </w:rPr>
      </w:pPr>
      <w:r w:rsidRPr="00855EB2">
        <w:rPr>
          <w:color w:val="6A655E"/>
          <w:sz w:val="19"/>
          <w:lang w:val="pt-BR"/>
        </w:rPr>
        <w:t>Modelo personalizável para cadastro do proponente-fiador e de seu cônjuge ou segundo fiador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79"/>
      </w:tblGrid>
      <w:tr w:rsidR="00666E6A" w14:paraId="45F18629" w14:textId="77777777">
        <w:trPr>
          <w:jc w:val="center"/>
        </w:trPr>
        <w:tc>
          <w:tcPr>
            <w:tcW w:w="10312" w:type="dxa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D544BED" w14:textId="77777777" w:rsidR="00666E6A" w:rsidRDefault="00262D14">
            <w:r w:rsidRPr="00855EB2">
              <w:rPr>
                <w:b/>
                <w:color w:val="C7923E"/>
                <w:sz w:val="17"/>
                <w:lang w:val="pt-BR"/>
              </w:rPr>
              <w:t>ORIENTAÇÃO AO ALUNO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 xml:space="preserve">Este arquivo possui duas partes: a primeira página traz as instruções de personalização; as </w:t>
            </w:r>
            <w:r w:rsidRPr="00855EB2">
              <w:rPr>
                <w:sz w:val="16"/>
                <w:lang w:val="pt-BR"/>
              </w:rPr>
              <w:t xml:space="preserve">páginas seguintes formam a ficha que poderá ser adaptada e encaminhada ao proponente-fiador. </w:t>
            </w:r>
            <w:proofErr w:type="spellStart"/>
            <w:r>
              <w:rPr>
                <w:sz w:val="16"/>
              </w:rPr>
              <w:t>Exclua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página</w:t>
            </w:r>
            <w:proofErr w:type="spellEnd"/>
            <w:r>
              <w:rPr>
                <w:sz w:val="16"/>
              </w:rPr>
              <w:t xml:space="preserve"> antes do envio.</w:t>
            </w:r>
          </w:p>
        </w:tc>
      </w:tr>
    </w:tbl>
    <w:p w14:paraId="5DB49C2C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01  </w:t>
      </w:r>
      <w:r>
        <w:rPr>
          <w:b/>
          <w:color w:val="FFFFFF"/>
          <w:sz w:val="20"/>
        </w:rPr>
        <w:t>COMO PERSONALIZAR</w:t>
      </w:r>
    </w:p>
    <w:p w14:paraId="74D8368C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Substitua [INSIRA SUA LOGO], [NOME DA IMOBILIÁRIA] e os dados de contato.</w:t>
      </w:r>
    </w:p>
    <w:p w14:paraId="25B18EA6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>•  Revise os documentos exigidos conforme o perfil do proponente-fiador e a política da imobiliária.</w:t>
      </w:r>
      <w:r w:rsidRPr="00855EB2">
        <w:rPr>
          <w:lang w:val="pt-BR"/>
        </w:rPr>
      </w:r>
      <w:r w:rsidRPr="00855EB2">
        <w:rPr>
          <w:lang w:val="pt-BR"/>
        </w:rPr>
      </w:r>
    </w:p>
    <w:p w14:paraId="27BA3E76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Mantenha apenas os campos pertinentes à operação, sem excluir informações necessárias ao seu processo.</w:t>
      </w:r>
    </w:p>
    <w:p w14:paraId="2EFB0BA3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>•  Disponibilize ao proponente-fiador o aviso de privacidade da sua operação e informe o canal para solicitações sobre dados pessoais.</w:t>
      </w:r>
      <w:r w:rsidRPr="00855EB2">
        <w:rPr>
          <w:lang w:val="pt-BR"/>
        </w:rPr>
      </w:r>
      <w:r w:rsidRPr="00855EB2">
        <w:rPr>
          <w:lang w:val="pt-BR"/>
        </w:rPr>
      </w:r>
    </w:p>
    <w:p w14:paraId="6FFA2CBA" w14:textId="77777777" w:rsidR="00666E6A" w:rsidRPr="00855EB2" w:rsidRDefault="00262D14">
      <w:pPr>
        <w:spacing w:after="80"/>
        <w:ind w:left="142"/>
        <w:rPr>
          <w:lang w:val="pt-BR"/>
        </w:rPr>
      </w:pPr>
      <w:r w:rsidRPr="00855EB2">
        <w:rPr>
          <w:b/>
          <w:color w:val="C7923E"/>
          <w:sz w:val="19"/>
          <w:lang w:val="pt-BR"/>
        </w:rPr>
        <w:t xml:space="preserve">•  </w:t>
      </w:r>
      <w:r w:rsidRPr="00855EB2">
        <w:rPr>
          <w:lang w:val="pt-BR"/>
        </w:rPr>
        <w:t>Exclua esta página de orientação antes de publicar ou encaminhar a ficha.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79"/>
      </w:tblGrid>
      <w:tr w:rsidR="00666E6A" w:rsidRPr="00855EB2" w14:paraId="788814D2" w14:textId="77777777">
        <w:trPr>
          <w:jc w:val="center"/>
        </w:trPr>
        <w:tc>
          <w:tcPr>
            <w:tcW w:w="10312" w:type="dxa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92C478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IMPORTANTE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>Este modelo não define, por si só, a base legal do tratamento de dados. Adapte o aviso de privacidad</w:t>
            </w:r>
            <w:r w:rsidRPr="00855EB2">
              <w:rPr>
                <w:sz w:val="16"/>
                <w:lang w:val="pt-BR"/>
              </w:rPr>
              <w:t>e, os prazos de retenção e os canais de atendimento à realidade da sua operação.</w:t>
            </w:r>
          </w:p>
        </w:tc>
      </w:tr>
    </w:tbl>
    <w:p w14:paraId="1793A56B" w14:textId="77777777" w:rsidR="00666E6A" w:rsidRPr="00855EB2" w:rsidRDefault="00262D14">
      <w:pPr>
        <w:keepNext/>
        <w:shd w:val="clear" w:color="auto" w:fill="101112"/>
        <w:spacing w:before="160" w:after="80"/>
        <w:rPr>
          <w:lang w:val="pt-BR"/>
        </w:rPr>
      </w:pPr>
      <w:r w:rsidRPr="00855EB2">
        <w:rPr>
          <w:b/>
          <w:color w:val="C7923E"/>
          <w:sz w:val="20"/>
          <w:lang w:val="pt-BR"/>
        </w:rPr>
        <w:t xml:space="preserve">  </w:t>
      </w:r>
      <w:proofErr w:type="gramStart"/>
      <w:r w:rsidRPr="00855EB2">
        <w:rPr>
          <w:b/>
          <w:color w:val="C7923E"/>
          <w:sz w:val="20"/>
          <w:lang w:val="pt-BR"/>
        </w:rPr>
        <w:t xml:space="preserve">02  </w:t>
      </w:r>
      <w:r w:rsidRPr="00855EB2">
        <w:rPr>
          <w:b/>
          <w:color w:val="FFFFFF"/>
          <w:sz w:val="20"/>
          <w:lang w:val="pt-BR"/>
        </w:rPr>
        <w:t>ESTRUTURA</w:t>
      </w:r>
      <w:proofErr w:type="gramEnd"/>
      <w:r w:rsidRPr="00855EB2">
        <w:rPr>
          <w:b/>
          <w:color w:val="FFFFFF"/>
          <w:sz w:val="20"/>
          <w:lang w:val="pt-BR"/>
        </w:rPr>
        <w:t xml:space="preserve"> PRESERVADA DO DOCUMENTO ORIGINAL</w:t>
      </w:r>
    </w:p>
    <w:p w14:paraId="163DA75B" w14:textId="77777777" w:rsidR="00666E6A" w:rsidRPr="00855EB2" w:rsidRDefault="00262D14">
      <w:pPr>
        <w:spacing w:after="80"/>
        <w:rPr>
          <w:lang w:val="pt-BR"/>
        </w:rPr>
      </w:pPr>
      <w:r w:rsidRPr="00855EB2">
        <w:rPr>
          <w:lang w:val="pt-BR"/>
        </w:rPr>
        <w:t>A ficha preserva a estrutura cadastral do documento-base e foi adaptada para identificar o proponente-fiador, seu cônjuge ou segundo fiador, sua renda e os seus imóveis. A apresentação foi reorganizada somente para facilitar o preenchimento e a conferência.</w:t>
      </w:r>
      <w:r w:rsidRPr="00855EB2">
        <w:rPr>
          <w:lang w:val="pt-BR"/>
        </w:rPr>
      </w:r>
    </w:p>
    <w:p w14:paraId="564A0B59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8" w:space="0" w:color="C9C1B4"/>
          <w:left w:val="single" w:sz="8" w:space="0" w:color="C9C1B4"/>
          <w:bottom w:val="single" w:sz="8" w:space="0" w:color="C9C1B4"/>
          <w:right w:val="single" w:sz="8" w:space="0" w:color="C9C1B4"/>
          <w:insideH w:val="single" w:sz="8" w:space="0" w:color="C9C1B4"/>
          <w:insideV w:val="single" w:sz="8" w:space="0" w:color="C9C1B4"/>
        </w:tblBorders>
      </w:tblPr>
      <w:tblGrid>
        <w:gridCol w:w="5156"/>
        <w:gridCol w:w="5156"/>
      </w:tblGrid>
      <w:tr w:rsidR="00666E6A" w:rsidRPr="00855EB2" w14:paraId="36CA55D7" w14:textId="77777777">
        <w:trPr>
          <w:jc w:val="center"/>
        </w:trPr>
        <w:tc>
          <w:tcPr>
            <w:tcW w:w="5156" w:type="dxa"/>
            <w:tcBorders>
              <w:top w:val="single" w:sz="8" w:space="0" w:color="E6DED1"/>
              <w:left w:val="single" w:sz="8" w:space="0" w:color="E6DED1"/>
              <w:bottom w:val="single" w:sz="8" w:space="0" w:color="E6DED1"/>
              <w:right w:val="single" w:sz="8" w:space="0" w:color="E6DED1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A2457F" w14:textId="77777777" w:rsidR="00666E6A" w:rsidRDefault="00262D14">
            <w:pPr>
              <w:jc w:val="center"/>
            </w:pPr>
            <w:r>
              <w:rPr>
                <w:b/>
                <w:color w:val="C7923E"/>
              </w:rPr>
              <w:lastRenderedPageBreak/>
              <w:t>[INSIRA SUA LOGO]</w:t>
            </w:r>
          </w:p>
        </w:tc>
        <w:tc>
          <w:tcPr>
            <w:tcW w:w="5156" w:type="dxa"/>
            <w:tcBorders>
              <w:top w:val="single" w:sz="8" w:space="0" w:color="E6DED1"/>
              <w:left w:val="single" w:sz="8" w:space="0" w:color="E6DED1"/>
              <w:bottom w:val="single" w:sz="8" w:space="0" w:color="E6DED1"/>
              <w:right w:val="single" w:sz="8" w:space="0" w:color="E6DED1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51161D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sz w:val="20"/>
                <w:lang w:val="pt-BR"/>
              </w:rPr>
              <w:t>[NOME DA IMOBILIÁRIA]</w:t>
            </w:r>
            <w:r w:rsidRPr="00855EB2">
              <w:rPr>
                <w:b/>
                <w:sz w:val="20"/>
                <w:lang w:val="pt-BR"/>
              </w:rPr>
              <w:br/>
            </w:r>
            <w:r w:rsidRPr="00855EB2">
              <w:rPr>
                <w:color w:val="6A655E"/>
                <w:sz w:val="16"/>
                <w:lang w:val="pt-BR"/>
              </w:rPr>
              <w:t>[</w:t>
            </w:r>
            <w:proofErr w:type="gramStart"/>
            <w:r w:rsidRPr="00855EB2">
              <w:rPr>
                <w:color w:val="6A655E"/>
                <w:sz w:val="16"/>
                <w:lang w:val="pt-BR"/>
              </w:rPr>
              <w:t>Telefone]  |</w:t>
            </w:r>
            <w:proofErr w:type="gramEnd"/>
            <w:r w:rsidRPr="00855EB2">
              <w:rPr>
                <w:color w:val="6A655E"/>
                <w:sz w:val="16"/>
                <w:lang w:val="pt-BR"/>
              </w:rPr>
              <w:t xml:space="preserve">  [E-mail]  |  [Site]</w:t>
            </w:r>
          </w:p>
        </w:tc>
      </w:tr>
    </w:tbl>
    <w:p w14:paraId="0B4BE3F6" w14:textId="77777777" w:rsidR="00666E6A" w:rsidRPr="00855EB2" w:rsidRDefault="00262D14">
      <w:pPr>
        <w:spacing w:before="140" w:after="120"/>
        <w:jc w:val="center"/>
        <w:rPr>
          <w:lang w:val="pt-BR"/>
        </w:rPr>
      </w:pPr>
      <w:r w:rsidRPr="00855EB2">
        <w:rPr>
          <w:rFonts w:ascii="Times New Roman" w:hAnsi="Times New Roman"/>
          <w:b/>
          <w:sz w:val="30"/>
          <w:lang w:val="pt-BR"/>
        </w:rPr>
        <w:t>FICHA CADASTRAL DO PROPONENTE-FIADOR</w:t>
      </w:r>
      <w:r w:rsidRPr="00855EB2">
        <w:rPr>
          <w:rFonts w:ascii="Times New Roman" w:hAnsi="Times New Roman"/>
          <w:b/>
          <w:sz w:val="30"/>
          <w:lang w:val="pt-BR"/>
        </w:rPr>
      </w:r>
    </w:p>
    <w:p w14:paraId="79751973" w14:textId="77777777" w:rsidR="00666E6A" w:rsidRDefault="00262D14">
      <w:pPr>
        <w:keepNext/>
        <w:shd w:val="clear" w:color="auto" w:fill="101112"/>
        <w:spacing w:before="160" w:after="80"/>
      </w:pPr>
      <w:r w:rsidRPr="00855EB2">
        <w:rPr>
          <w:b/>
          <w:color w:val="C7923E"/>
          <w:sz w:val="20"/>
          <w:lang w:val="pt-BR"/>
        </w:rPr>
        <w:t xml:space="preserve">  </w:t>
      </w:r>
      <w:proofErr w:type="gramStart"/>
      <w:r>
        <w:rPr>
          <w:b/>
          <w:color w:val="C7923E"/>
          <w:sz w:val="20"/>
        </w:rPr>
        <w:t xml:space="preserve">01  </w:t>
      </w:r>
      <w:r>
        <w:rPr>
          <w:b/>
          <w:color w:val="FFFFFF"/>
          <w:sz w:val="20"/>
        </w:rPr>
        <w:t>IMÓVEL</w:t>
      </w:r>
      <w:proofErr w:type="gramEnd"/>
      <w:r>
        <w:rPr>
          <w:b/>
          <w:color w:val="FFFFFF"/>
          <w:sz w:val="20"/>
        </w:rPr>
        <w:t xml:space="preserve"> PRETENDIDO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8" w:space="0" w:color="C9C1B4"/>
          <w:left w:val="single" w:sz="8" w:space="0" w:color="C9C1B4"/>
          <w:bottom w:val="single" w:sz="8" w:space="0" w:color="C9C1B4"/>
          <w:right w:val="single" w:sz="8" w:space="0" w:color="C9C1B4"/>
          <w:insideH w:val="single" w:sz="8" w:space="0" w:color="C9C1B4"/>
          <w:insideV w:val="single" w:sz="8" w:space="0" w:color="C9C1B4"/>
        </w:tblBorders>
      </w:tblPr>
      <w:tblGrid>
        <w:gridCol w:w="3402"/>
        <w:gridCol w:w="3231"/>
        <w:gridCol w:w="3678"/>
        <w:gridCol w:w="37"/>
      </w:tblGrid>
      <w:tr w:rsidR="00666E6A" w14:paraId="41AFA257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C5E3CC0" w14:textId="77777777" w:rsidR="00666E6A" w:rsidRDefault="00262D14">
            <w:proofErr w:type="spellStart"/>
            <w:r>
              <w:rPr>
                <w:b/>
                <w:sz w:val="17"/>
              </w:rPr>
              <w:t>Endereço</w:t>
            </w:r>
            <w:proofErr w:type="spellEnd"/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64D61D9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4858801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9F3BBA6" w14:textId="77777777" w:rsidR="00666E6A" w:rsidRDefault="00262D14">
            <w:r>
              <w:rPr>
                <w:b/>
                <w:sz w:val="17"/>
              </w:rPr>
              <w:t>Bairro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6729330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68D524AB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1BF79F6" w14:textId="77777777" w:rsidR="00666E6A" w:rsidRDefault="00262D14">
            <w:r>
              <w:rPr>
                <w:b/>
                <w:color w:val="6A655E"/>
                <w:sz w:val="14"/>
              </w:rPr>
              <w:t>VALOR DO ALUGUEL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9B6A5E9" w14:textId="77777777" w:rsidR="00666E6A" w:rsidRDefault="00262D14">
            <w:r>
              <w:rPr>
                <w:b/>
                <w:color w:val="6A655E"/>
                <w:sz w:val="14"/>
              </w:rPr>
              <w:t>PRAZO PRETENDIDO (MESES/ANOS)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F07C9C9" w14:textId="77777777" w:rsidR="00666E6A" w:rsidRDefault="00262D14">
            <w:r>
              <w:rPr>
                <w:b/>
                <w:color w:val="6A655E"/>
                <w:sz w:val="14"/>
              </w:rPr>
              <w:t>DATA DESEJADA PARA ENTRADA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</w:tbl>
    <w:p w14:paraId="53ECAFAD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</w:t>
      </w:r>
      <w:proofErr w:type="gramStart"/>
      <w:r>
        <w:rPr>
          <w:b/>
          <w:color w:val="C7923E"/>
          <w:sz w:val="20"/>
        </w:rPr>
        <w:t xml:space="preserve">02  </w:t>
      </w:r>
      <w:r>
        <w:rPr>
          <w:b/>
          <w:color w:val="FFFFFF"/>
          <w:sz w:val="20"/>
        </w:rPr>
        <w:t>PROPONENTE-FIADOR</w:t>
      </w:r>
      <w:proofErr w:type="gramEnd"/>
      <w:r>
        <w:rPr>
          <w:b/>
          <w:color w:val="FFFFFF"/>
          <w:sz w:val="20"/>
        </w:rPr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8" w:space="0" w:color="C9C1B4"/>
          <w:left w:val="single" w:sz="8" w:space="0" w:color="C9C1B4"/>
          <w:bottom w:val="single" w:sz="8" w:space="0" w:color="C9C1B4"/>
          <w:right w:val="single" w:sz="8" w:space="0" w:color="C9C1B4"/>
          <w:insideH w:val="single" w:sz="8" w:space="0" w:color="C9C1B4"/>
          <w:insideV w:val="single" w:sz="8" w:space="0" w:color="C9C1B4"/>
        </w:tblBorders>
      </w:tblPr>
      <w:tblGrid>
        <w:gridCol w:w="3402"/>
        <w:gridCol w:w="3231"/>
        <w:gridCol w:w="3678"/>
        <w:gridCol w:w="37"/>
      </w:tblGrid>
      <w:tr w:rsidR="00666E6A" w14:paraId="1E9B2CA7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/>
                <w:color w:val="000000"/>
                <w:sz w:val="19"/>
              </w:rPr>
              <w:t>Nome completo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FAEC3D1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11195E8F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20CC2BB" w14:textId="77777777" w:rsidR="00666E6A" w:rsidRDefault="00262D14">
            <w:r>
              <w:rPr>
                <w:b/>
                <w:sz w:val="17"/>
              </w:rPr>
              <w:t>Celular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E976562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7C6C136E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54D5477" w14:textId="77777777" w:rsidR="00666E6A" w:rsidRDefault="00262D14">
            <w:r>
              <w:rPr>
                <w:b/>
                <w:sz w:val="17"/>
              </w:rPr>
              <w:t>E-mail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2AE1BC4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06B000B3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9324C02" w14:textId="77777777" w:rsidR="00666E6A" w:rsidRDefault="00262D14">
            <w:r>
              <w:rPr>
                <w:b/>
                <w:color w:val="6A655E"/>
                <w:sz w:val="14"/>
              </w:rPr>
              <w:t>CPF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99ADC0A" w14:textId="77777777" w:rsidR="00666E6A" w:rsidRDefault="00262D14">
            <w:r>
              <w:rPr>
                <w:b/>
                <w:color w:val="6A655E"/>
                <w:sz w:val="14"/>
              </w:rPr>
              <w:t>RG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4F85A60" w14:textId="77777777" w:rsidR="00666E6A" w:rsidRDefault="00262D14">
            <w:r>
              <w:rPr>
                <w:b/>
                <w:color w:val="6A655E"/>
                <w:sz w:val="14"/>
              </w:rPr>
              <w:t>ÓRGÃO EXPEDIDOR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702BBBA8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917951E" w14:textId="77777777" w:rsidR="00666E6A" w:rsidRDefault="00262D14">
            <w:r>
              <w:rPr>
                <w:b/>
                <w:color w:val="6A655E"/>
                <w:sz w:val="14"/>
              </w:rPr>
              <w:t>DATA DE NASCIMENTO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8C05B52" w14:textId="77777777" w:rsidR="00666E6A" w:rsidRDefault="00262D14">
            <w:r>
              <w:rPr>
                <w:b/>
                <w:color w:val="6A655E"/>
                <w:sz w:val="14"/>
              </w:rPr>
              <w:t>ESTADO CIVIL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67C0DD6" w14:textId="77777777" w:rsidR="00666E6A" w:rsidRDefault="00262D14">
            <w:r>
              <w:rPr>
                <w:b/>
                <w:color w:val="6A655E"/>
                <w:sz w:val="14"/>
              </w:rPr>
              <w:t>NACIONALIDADE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3A4118B4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8CB11F8" w14:textId="77777777" w:rsidR="00666E6A" w:rsidRDefault="00262D14">
            <w:r>
              <w:rPr>
                <w:b/>
                <w:sz w:val="17"/>
              </w:rPr>
              <w:t>Profissão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17D2D57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7728D564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E5D90C6" w14:textId="77777777" w:rsidR="00666E6A" w:rsidRDefault="00262D14">
            <w:r>
              <w:rPr>
                <w:b/>
                <w:sz w:val="17"/>
              </w:rPr>
              <w:t>Empresa onde trabalha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687EA01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404B8D70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48F63E5" w14:textId="77777777" w:rsidR="00666E6A" w:rsidRDefault="00262D14">
            <w:r>
              <w:rPr>
                <w:b/>
                <w:sz w:val="17"/>
              </w:rPr>
              <w:t>Endereço comercial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3BF8511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65FE4F06" w14:textId="77777777" w:rsidTr="00855EB2">
        <w:trPr>
          <w:gridAfter w:val="1"/>
          <w:wAfter w:w="37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D7DD05D" w14:textId="77777777" w:rsidR="00666E6A" w:rsidRDefault="00262D14">
            <w:r>
              <w:rPr>
                <w:b/>
                <w:color w:val="6A655E"/>
                <w:sz w:val="14"/>
              </w:rPr>
              <w:t>TEMPO DE SERVIÇO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4EAF4EFC" w14:textId="77777777" w:rsidR="00666E6A" w:rsidRDefault="00262D14">
            <w:r>
              <w:rPr>
                <w:b/>
                <w:color w:val="6A655E"/>
                <w:sz w:val="14"/>
              </w:rPr>
              <w:t>SALÁRIO FIXO MENSAL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675F329" w14:textId="77777777" w:rsidR="00666E6A" w:rsidRDefault="00262D14">
            <w:r>
              <w:rPr>
                <w:b/>
                <w:color w:val="6A655E"/>
                <w:sz w:val="14"/>
              </w:rPr>
              <w:t>OUTRAS RENDAS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5D8A516A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82A7EEE" w14:textId="77777777" w:rsidR="00666E6A" w:rsidRDefault="00262D14">
            <w:r>
              <w:rPr>
                <w:b/>
                <w:sz w:val="17"/>
              </w:rPr>
              <w:t>Fonte das outras rendas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15463ED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855EB2" w14:paraId="0845AD78" w14:textId="77777777" w:rsidTr="00855EB2">
        <w:trPr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284062A" w14:textId="21FF425C" w:rsidR="00855EB2" w:rsidRDefault="00855EB2">
            <w:pPr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Rede social </w:t>
            </w:r>
          </w:p>
        </w:tc>
        <w:tc>
          <w:tcPr>
            <w:tcW w:w="6946" w:type="dxa"/>
            <w:gridSpan w:val="3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2DED6B9A" w14:textId="58A19132" w:rsidR="00855EB2" w:rsidRDefault="00855EB2">
            <w:pPr>
              <w:spacing w:line="252" w:lineRule="auto"/>
              <w:rPr>
                <w:color w:val="6A655E"/>
                <w:sz w:val="17"/>
              </w:rPr>
            </w:pPr>
            <w:r>
              <w:rPr>
                <w:color w:val="6A655E"/>
                <w:sz w:val="17"/>
              </w:rPr>
              <w:t>@</w:t>
            </w:r>
          </w:p>
        </w:tc>
      </w:tr>
    </w:tbl>
    <w:p w14:paraId="1E6232F1" w14:textId="77777777" w:rsidR="00666E6A" w:rsidRDefault="00262D14">
      <w:pPr>
        <w:spacing w:after="0" w:line="20" w:lineRule="exact"/>
      </w:pPr>
      <w:r>
        <w:rPr>
          <w:sz w:val="2"/>
        </w:rPr>
        <w:br w:type="page"/>
      </w:r>
    </w:p>
    <w:p w14:paraId="3848FC73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lastRenderedPageBreak/>
        <w:t xml:space="preserve">  03  </w:t>
      </w:r>
      <w:r>
        <w:rPr>
          <w:b/>
          <w:color w:val="FFFFFF"/>
          <w:sz w:val="20"/>
        </w:rPr>
        <w:t>CÔNJUGE / 2º FIADOR</w:t>
      </w:r>
    </w:p>
    <w:p w14:paraId="6309AAC1" w14:textId="77777777" w:rsidR="00666E6A" w:rsidRPr="00855EB2" w:rsidRDefault="00262D14">
      <w:pPr>
        <w:spacing w:after="80"/>
        <w:rPr>
          <w:lang w:val="pt-BR"/>
        </w:rPr>
      </w:pPr>
      <w:r w:rsidRPr="00855EB2">
        <w:rPr>
          <w:rFonts w:ascii="DejaVu Sans" w:hAnsi="DejaVu Sans"/>
          <w:sz w:val="17"/>
          <w:lang w:val="pt-BR"/>
        </w:rPr>
        <w:t>☐ Não possuo cônjuge ou segundo fiador</w:t>
      </w:r>
      <w:r w:rsidRPr="00855EB2">
        <w:rPr>
          <w:rFonts w:ascii="DejaVu Sans" w:hAnsi="DejaVu Sans"/>
          <w:sz w:val="17"/>
          <w:lang w:val="pt-BR"/>
        </w:rPr>
      </w:r>
      <w:r w:rsidRPr="00855EB2">
        <w:rPr>
          <w:rFonts w:ascii="DejaVu Sans" w:hAnsi="DejaVu Sans"/>
          <w:sz w:val="17"/>
          <w:lang w:val="pt-BR"/>
        </w:rPr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8" w:space="0" w:color="C9C1B4"/>
          <w:left w:val="single" w:sz="8" w:space="0" w:color="C9C1B4"/>
          <w:bottom w:val="single" w:sz="8" w:space="0" w:color="C9C1B4"/>
          <w:right w:val="single" w:sz="8" w:space="0" w:color="C9C1B4"/>
          <w:insideH w:val="single" w:sz="8" w:space="0" w:color="C9C1B4"/>
          <w:insideV w:val="single" w:sz="8" w:space="0" w:color="C9C1B4"/>
        </w:tblBorders>
      </w:tblPr>
      <w:tblGrid>
        <w:gridCol w:w="3402"/>
        <w:gridCol w:w="3231"/>
        <w:gridCol w:w="3005"/>
        <w:gridCol w:w="673"/>
      </w:tblGrid>
      <w:tr w:rsidR="00666E6A" w14:paraId="7B390C6C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/>
                <w:color w:val="000000"/>
                <w:sz w:val="19"/>
              </w:rPr>
              <w:t>Nome completo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D268E9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0E9D772D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69E75DB" w14:textId="77777777" w:rsidR="00666E6A" w:rsidRDefault="00262D14">
            <w:r>
              <w:rPr>
                <w:b/>
                <w:sz w:val="17"/>
              </w:rPr>
              <w:t>Celular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181C3EAF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463EDE02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9F1A448" w14:textId="77777777" w:rsidR="00666E6A" w:rsidRDefault="00262D14">
            <w:r>
              <w:rPr>
                <w:b/>
                <w:sz w:val="17"/>
              </w:rPr>
              <w:t>E-mail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6383B11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F3CA71D" w14:textId="77777777">
        <w:trPr>
          <w:jc w:val="center"/>
        </w:trPr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4D7BC9A" w14:textId="77777777" w:rsidR="00666E6A" w:rsidRDefault="00262D14">
            <w:r>
              <w:rPr>
                <w:b/>
                <w:color w:val="6A655E"/>
                <w:sz w:val="14"/>
              </w:rPr>
              <w:t>CPF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36B63E6" w14:textId="77777777" w:rsidR="00666E6A" w:rsidRDefault="00262D14">
            <w:r>
              <w:rPr>
                <w:b/>
                <w:color w:val="6A655E"/>
                <w:sz w:val="14"/>
              </w:rPr>
              <w:t>RG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9E41D16" w14:textId="77777777" w:rsidR="00666E6A" w:rsidRDefault="00262D14">
            <w:r>
              <w:rPr>
                <w:b/>
                <w:color w:val="6A655E"/>
                <w:sz w:val="14"/>
              </w:rPr>
              <w:t>ÓRGÃO EXPEDIDOR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5DA01696" w14:textId="77777777">
        <w:trPr>
          <w:jc w:val="center"/>
        </w:trPr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4E3E05F" w14:textId="77777777" w:rsidR="00666E6A" w:rsidRDefault="00262D14">
            <w:r>
              <w:rPr>
                <w:b/>
                <w:color w:val="6A655E"/>
                <w:sz w:val="14"/>
              </w:rPr>
              <w:t>DATA DE NASCIMENTO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5237860" w14:textId="77777777" w:rsidR="00666E6A" w:rsidRDefault="00262D14">
            <w:r>
              <w:rPr>
                <w:b/>
                <w:color w:val="6A655E"/>
                <w:sz w:val="14"/>
              </w:rPr>
              <w:t>ESTADO CIVIL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CCDC8E0" w14:textId="77777777" w:rsidR="00666E6A" w:rsidRDefault="00262D14">
            <w:r>
              <w:rPr>
                <w:b/>
                <w:color w:val="6A655E"/>
                <w:sz w:val="14"/>
              </w:rPr>
              <w:t>NACIONALIDADE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380FACCD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18F50D5" w14:textId="77777777" w:rsidR="00666E6A" w:rsidRDefault="00262D14">
            <w:r>
              <w:rPr>
                <w:b/>
                <w:sz w:val="17"/>
              </w:rPr>
              <w:t>Profissão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21CDB23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524A5F91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C64FB34" w14:textId="77777777" w:rsidR="00666E6A" w:rsidRDefault="00262D14">
            <w:r>
              <w:rPr>
                <w:b/>
                <w:sz w:val="17"/>
              </w:rPr>
              <w:t>Empresa onde trabalha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905E5B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39F04FED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A411F76" w14:textId="77777777" w:rsidR="00666E6A" w:rsidRDefault="00262D14">
            <w:r>
              <w:rPr>
                <w:b/>
                <w:sz w:val="17"/>
              </w:rPr>
              <w:t>Endereço comercial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F60A6EA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70C174B6" w14:textId="77777777">
        <w:trPr>
          <w:jc w:val="center"/>
        </w:trPr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533706BF" w14:textId="77777777" w:rsidR="00666E6A" w:rsidRDefault="00262D14">
            <w:r>
              <w:rPr>
                <w:b/>
                <w:color w:val="6A655E"/>
                <w:sz w:val="14"/>
              </w:rPr>
              <w:t>TEMPO DE SERVIÇO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10AAA74" w14:textId="77777777" w:rsidR="00666E6A" w:rsidRDefault="00262D14">
            <w:r>
              <w:rPr>
                <w:b/>
                <w:color w:val="6A655E"/>
                <w:sz w:val="14"/>
              </w:rPr>
              <w:t>SALÁRIO FIXO MENSAL 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175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139C82F" w14:textId="77777777" w:rsidR="00666E6A" w:rsidRDefault="00262D14">
            <w:r>
              <w:rPr>
                <w:b/>
                <w:color w:val="6A655E"/>
                <w:sz w:val="14"/>
              </w:rPr>
              <w:t xml:space="preserve">OUTRAS RENDAS </w:t>
            </w:r>
            <w:r>
              <w:rPr>
                <w:b/>
                <w:color w:val="6A655E"/>
                <w:sz w:val="14"/>
              </w:rPr>
              <w:t>(R$)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52DD68B3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8A753F4" w14:textId="77777777" w:rsidR="00666E6A" w:rsidRDefault="00262D14">
            <w:r>
              <w:rPr>
                <w:b/>
                <w:sz w:val="17"/>
              </w:rPr>
              <w:t>Fonte das outras rendas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64C942D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855EB2" w14:paraId="78B1AC18" w14:textId="77777777">
        <w:trPr>
          <w:gridAfter w:val="1"/>
          <w:wAfter w:w="673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036C3544" w14:textId="774D418F" w:rsidR="00855EB2" w:rsidRDefault="00855EB2">
            <w:pPr>
              <w:rPr>
                <w:b/>
                <w:sz w:val="17"/>
              </w:rPr>
            </w:pPr>
            <w:r>
              <w:rPr>
                <w:b/>
                <w:sz w:val="17"/>
              </w:rPr>
              <w:t>Rede social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694434FD" w14:textId="69D91171" w:rsidR="00855EB2" w:rsidRDefault="00855EB2">
            <w:pPr>
              <w:spacing w:line="252" w:lineRule="auto"/>
              <w:rPr>
                <w:color w:val="6A655E"/>
                <w:sz w:val="17"/>
              </w:rPr>
            </w:pPr>
            <w:r>
              <w:rPr>
                <w:color w:val="6A655E"/>
                <w:sz w:val="17"/>
              </w:rPr>
              <w:t>@</w:t>
            </w:r>
          </w:p>
        </w:tc>
      </w:tr>
    </w:tbl>
    <w:p w14:paraId="13067984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</w:t>
      </w:r>
      <w:proofErr w:type="gramStart"/>
      <w:r>
        <w:rPr>
          <w:b/>
          <w:color w:val="C7923E"/>
          <w:sz w:val="20"/>
        </w:rPr>
        <w:t xml:space="preserve">04  </w:t>
      </w:r>
      <w:r>
        <w:rPr>
          <w:b/>
          <w:color w:val="FFFFFF"/>
          <w:sz w:val="20"/>
        </w:rPr>
        <w:t>ENDEREÇO RESIDENCIAL ATUAL</w:t>
      </w:r>
      <w:proofErr w:type="gramEnd"/>
      <w:r>
        <w:rPr>
          <w:b/>
          <w:color w:val="FFFFFF"/>
          <w:sz w:val="20"/>
        </w:rPr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8" w:space="0" w:color="C9C1B4"/>
          <w:left w:val="single" w:sz="8" w:space="0" w:color="C9C1B4"/>
          <w:bottom w:val="single" w:sz="8" w:space="0" w:color="C9C1B4"/>
          <w:right w:val="single" w:sz="8" w:space="0" w:color="C9C1B4"/>
          <w:insideH w:val="single" w:sz="8" w:space="0" w:color="C9C1B4"/>
          <w:insideV w:val="single" w:sz="8" w:space="0" w:color="C9C1B4"/>
        </w:tblBorders>
      </w:tblPr>
      <w:tblGrid>
        <w:gridCol w:w="2409"/>
        <w:gridCol w:w="993"/>
        <w:gridCol w:w="1416"/>
        <w:gridCol w:w="1815"/>
        <w:gridCol w:w="594"/>
        <w:gridCol w:w="3139"/>
      </w:tblGrid>
      <w:tr w:rsidR="00666E6A" w14:paraId="48106095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7A70724D" w14:textId="77777777" w:rsidR="00666E6A" w:rsidRDefault="00262D14">
            <w:proofErr w:type="spellStart"/>
            <w:r>
              <w:rPr>
                <w:b/>
                <w:sz w:val="17"/>
              </w:rPr>
              <w:t>Endereço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residencial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atual</w:t>
            </w:r>
            <w:proofErr w:type="spellEnd"/>
          </w:p>
        </w:tc>
        <w:tc>
          <w:tcPr>
            <w:tcW w:w="6964" w:type="dxa"/>
            <w:gridSpan w:val="4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6DDDA66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18F4FE39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75612B0" w14:textId="77777777" w:rsidR="00666E6A" w:rsidRDefault="00262D14">
            <w:r>
              <w:rPr>
                <w:b/>
                <w:color w:val="6A655E"/>
                <w:sz w:val="14"/>
              </w:rPr>
              <w:t>BAIRRO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7C17CC9D" w14:textId="77777777" w:rsidR="00666E6A" w:rsidRDefault="00262D14">
            <w:r>
              <w:rPr>
                <w:b/>
                <w:color w:val="6A655E"/>
                <w:sz w:val="14"/>
              </w:rPr>
              <w:t>CIDADE / ESTADO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733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3811ABB5" w14:textId="77777777" w:rsidR="00666E6A" w:rsidRDefault="00262D14">
            <w:r>
              <w:rPr>
                <w:b/>
                <w:color w:val="6A655E"/>
                <w:sz w:val="14"/>
              </w:rPr>
              <w:t>CEP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  <w:tr w:rsidR="00666E6A" w14:paraId="1F2A68E8" w14:textId="77777777" w:rsidTr="00855EB2">
        <w:trPr>
          <w:jc w:val="center"/>
        </w:trPr>
        <w:tc>
          <w:tcPr>
            <w:tcW w:w="3402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09C97E6B" w14:textId="77777777" w:rsidR="00666E6A" w:rsidRDefault="00262D14">
            <w:r>
              <w:rPr>
                <w:b/>
                <w:color w:val="6A655E"/>
                <w:sz w:val="14"/>
              </w:rPr>
              <w:t>MORADIA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12037AB5" w14:textId="77777777" w:rsidR="00666E6A" w:rsidRDefault="00262D14">
            <w:r>
              <w:rPr>
                <w:b/>
                <w:color w:val="6A655E"/>
                <w:sz w:val="14"/>
              </w:rPr>
              <w:t>NOME DA IMOBILIÁRIA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  <w:tc>
          <w:tcPr>
            <w:tcW w:w="3733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0" w:type="dxa"/>
              <w:left w:w="110" w:type="dxa"/>
              <w:bottom w:w="70" w:type="dxa"/>
              <w:right w:w="110" w:type="dxa"/>
            </w:tcMar>
          </w:tcPr>
          <w:p w14:paraId="2A872F32" w14:textId="77777777" w:rsidR="00666E6A" w:rsidRDefault="00262D14">
            <w:r>
              <w:rPr>
                <w:b/>
                <w:color w:val="6A655E"/>
                <w:sz w:val="14"/>
              </w:rPr>
              <w:t>TELEFONE</w:t>
            </w:r>
            <w:r>
              <w:br/>
            </w:r>
            <w:r>
              <w:rPr>
                <w:sz w:val="20"/>
              </w:rPr>
              <w:t xml:space="preserve"> </w:t>
            </w:r>
          </w:p>
        </w:tc>
      </w:tr>
    </w:tbl>
    <w:p w14:paraId="4B7A050D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  <w:br w:type="page"/>
      </w:r>
    </w:p>
    <w:p w14:paraId="23208F07" w14:textId="77777777" w:rsidR="00666E6A" w:rsidRDefault="00262D14">
      <w:pPr>
        <w:keepNext/>
        <w:shd w:val="clear" w:color="auto" w:fill="101112"/>
        <w:spacing w:before="160" w:after="80"/>
      </w:pPr>
      <w:r w:rsidRPr="00855EB2">
        <w:rPr>
          <w:b/>
          <w:color w:val="C7923E"/>
          <w:sz w:val="20"/>
          <w:lang w:val="pt-BR"/>
        </w:rPr>
        <w:lastRenderedPageBreak/>
        <w:t xml:space="preserve">  </w:t>
      </w:r>
      <w:proofErr w:type="gramStart"/>
      <w:r>
        <w:rPr>
          <w:b/>
          <w:color w:val="C7923E"/>
          <w:sz w:val="20"/>
        </w:rPr>
        <w:t xml:space="preserve">05  </w:t>
      </w:r>
      <w:r>
        <w:rPr>
          <w:b/>
          <w:color w:val="FFFFFF"/>
          <w:sz w:val="20"/>
        </w:rPr>
        <w:t>DADOS DO(S) IMÓVEL(IS) DO PROPONENTE-FIADOR</w:t>
      </w:r>
      <w:proofErr w:type="gramEnd"/>
      <w:r>
        <w:rPr>
          <w:b/>
          <w:color w:val="FFFFFF"/>
          <w:sz w:val="20"/>
        </w:rPr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8" w:space="0" w:color="C9C1B4"/>
          <w:left w:val="single" w:sz="8" w:space="0" w:color="C9C1B4"/>
          <w:bottom w:val="single" w:sz="8" w:space="0" w:color="C9C1B4"/>
          <w:right w:val="single" w:sz="8" w:space="0" w:color="C9C1B4"/>
          <w:insideH w:val="single" w:sz="8" w:space="0" w:color="C9C1B4"/>
          <w:insideV w:val="single" w:sz="8" w:space="0" w:color="C9C1B4"/>
        </w:tblBorders>
      </w:tblPr>
      <w:tblGrid>
        <w:gridCol w:w="10224"/>
      </w:tblGrid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2EFE9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/>
                <w:color w:val="C68A2D"/>
                <w:sz w:val="18"/>
              </w:rPr>
              <w:t>IMÓVEL 1</w:t>
            </w:r>
          </w:p>
        </w:tc>
      </w:tr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FFFFF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 w:val="0"/>
                <w:color w:val="000000"/>
                <w:sz w:val="18"/>
              </w:rPr>
              <w:t>End.: _______________________________________, nº ______, compl. _____________________</w:t>
            </w:r>
          </w:p>
        </w:tc>
      </w:tr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FFFFF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 w:val="0"/>
                <w:color w:val="000000"/>
                <w:sz w:val="18"/>
              </w:rPr>
              <w:t>Bairro: ____________________________   Cidade: ____________________________   Estado: ______</w:t>
            </w:r>
          </w:p>
        </w:tc>
      </w:tr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FFFFF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 w:val="0"/>
                <w:color w:val="000000"/>
                <w:sz w:val="18"/>
              </w:rPr>
              <w:t>CEP: ___________________   Matrícula no RGI: ____________________   IPTU nº _________________</w:t>
            </w:r>
          </w:p>
        </w:tc>
      </w:tr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2EFE9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/>
                <w:color w:val="C68A2D"/>
                <w:sz w:val="18"/>
              </w:rPr>
              <w:t>IMÓVEL 2</w:t>
            </w:r>
          </w:p>
        </w:tc>
      </w:tr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FFFFF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 w:val="0"/>
                <w:color w:val="000000"/>
                <w:sz w:val="18"/>
              </w:rPr>
              <w:t>End.: _______________________________________, nº ______, compl. _____________________</w:t>
            </w:r>
          </w:p>
        </w:tc>
      </w:tr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FFFFF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 w:val="0"/>
                <w:color w:val="000000"/>
                <w:sz w:val="18"/>
              </w:rPr>
              <w:t>Bairro: ____________________________   Cidade: ____________________________   Estado: ______</w:t>
            </w:r>
          </w:p>
        </w:tc>
      </w:tr>
      <w:tr>
        <w:tc>
          <w:tcPr>
            <w:tcW w:type="dxa" w:w="1022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  <w:shd w:fill="FFFFFF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 w:val="0"/>
                <w:color w:val="000000"/>
                <w:sz w:val="18"/>
              </w:rPr>
              <w:t>CEP: ___________________   Matrícula no RGI: ____________________   IPTU nº _________________</w:t>
            </w:r>
          </w:p>
        </w:tc>
      </w:tr>
    </w:tbl>
    <w:p w14:paraId="6D8D9981" w14:textId="77777777" w:rsidR="00666E6A" w:rsidRDefault="00262D14">
      <w:pPr>
        <w:keepNext/>
        <w:shd w:val="clear" w:color="auto" w:fill="101112"/>
        <w:spacing w:before="160" w:after="80"/>
      </w:pPr>
      <w:r>
        <w:rPr>
          <w:b/>
          <w:color w:val="C7923E"/>
          <w:sz w:val="20"/>
        </w:rPr>
        <w:t xml:space="preserve">  </w:t>
      </w:r>
      <w:proofErr w:type="gramStart"/>
      <w:r>
        <w:rPr>
          <w:b/>
          <w:color w:val="C7923E"/>
          <w:sz w:val="20"/>
        </w:rPr>
        <w:t xml:space="preserve">06  </w:t>
      </w:r>
      <w:r>
        <w:rPr>
          <w:b/>
          <w:color w:val="FFFFFF"/>
          <w:sz w:val="20"/>
        </w:rPr>
        <w:t>DECLARAÇÃO</w:t>
      </w:r>
      <w:proofErr w:type="gramEnd"/>
      <w:r>
        <w:rPr>
          <w:b/>
          <w:color w:val="FFFFFF"/>
          <w:sz w:val="20"/>
        </w:rPr>
        <w:t xml:space="preserve"> E ASSINATURAS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9"/>
        <w:gridCol w:w="1404"/>
        <w:gridCol w:w="4778"/>
        <w:gridCol w:w="668"/>
        <w:gridCol w:w="50"/>
      </w:tblGrid>
      <w:tr w:rsidR="00666E6A" w:rsidRPr="00855EB2" w14:paraId="75411A82" w14:textId="77777777">
        <w:trPr>
          <w:gridAfter w:val="1"/>
          <w:wAfter w:w="50" w:type="dxa"/>
          <w:jc w:val="center"/>
        </w:trPr>
        <w:tc>
          <w:tcPr>
            <w:tcW w:w="10312" w:type="dxa"/>
            <w:gridSpan w:val="4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C46DAB4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DECLARAÇÃO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>A presente ficha cadastral integra a análise do proponente-fiador e não obriga o locador ou sua procuradora a prosseguir com os demais atos da locação.</w:t>
            </w:r>
            <w:r w:rsidRPr="00855EB2">
              <w:rPr>
                <w:sz w:val="16"/>
                <w:lang w:val="pt-BR"/>
              </w:rPr>
              <w:t xml:space="preserve"> Esta ficha deverá ser devidamente preenchida e assinada, acompanhada dos documentos exigidos no anexo. Declaro que as informações prestadas sã</w:t>
            </w:r>
            <w:r w:rsidRPr="00855EB2">
              <w:rPr>
                <w:sz w:val="16"/>
                <w:lang w:val="pt-BR"/>
              </w:rPr>
              <w:t xml:space="preserve">o verdadeiras e de minha responsabilidade. Para fins do artigo 7º da Lei Geral de Proteção de Dados, declaro ciência e autorizo a coleta e o tratamento dos dados para as finalidades relacionadas à avaliação cadastral, especialmente a análise de crédito, </w:t>
            </w:r>
            <w:r w:rsidRPr="00855EB2">
              <w:rPr>
                <w:sz w:val="16"/>
                <w:lang w:val="pt-BR"/>
              </w:rPr>
              <w:t>conforme o aviso de privacidade disponibilizado pela imobiliária.</w:t>
            </w:r>
          </w:p>
        </w:tc>
      </w:tr>
      <w:tr w:rsidR="00666E6A" w14:paraId="171BB11A" w14:textId="77777777">
        <w:trPr>
          <w:gridAfter w:val="2"/>
          <w:wAfter w:w="684" w:type="dxa"/>
          <w:jc w:val="center"/>
        </w:trPr>
        <w:tc>
          <w:tcPr>
            <w:tcW w:w="3402" w:type="dxa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shd w:val="clear" w:color="auto" w:fill="F2EFE9"/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5DA2D573" w14:textId="77777777" w:rsidR="00666E6A" w:rsidRDefault="00262D14">
            <w:r>
              <w:rPr>
                <w:b/>
                <w:sz w:val="17"/>
              </w:rPr>
              <w:t>Local e data</w:t>
            </w:r>
          </w:p>
        </w:tc>
        <w:tc>
          <w:tcPr>
            <w:tcW w:w="6236" w:type="dxa"/>
            <w:gridSpan w:val="2"/>
            <w:tcBorders>
              <w:top w:val="single" w:sz="6" w:space="0" w:color="E6DED1"/>
              <w:left w:val="single" w:sz="6" w:space="0" w:color="E6DED1"/>
              <w:bottom w:val="single" w:sz="6" w:space="0" w:color="E6DED1"/>
              <w:right w:val="single" w:sz="6" w:space="0" w:color="E6DED1"/>
            </w:tcBorders>
            <w:tcMar>
              <w:top w:w="65" w:type="dxa"/>
              <w:left w:w="110" w:type="dxa"/>
              <w:bottom w:w="65" w:type="dxa"/>
              <w:right w:w="110" w:type="dxa"/>
            </w:tcMar>
            <w:vAlign w:val="center"/>
          </w:tcPr>
          <w:p w14:paraId="4AE39017" w14:textId="77777777" w:rsidR="00666E6A" w:rsidRDefault="00262D14">
            <w:pPr>
              <w:spacing w:line="252" w:lineRule="auto"/>
            </w:pPr>
            <w:r>
              <w:rPr>
                <w:color w:val="6A655E"/>
                <w:sz w:val="17"/>
              </w:rPr>
              <w:t xml:space="preserve"> </w:t>
            </w:r>
          </w:p>
        </w:tc>
      </w:tr>
      <w:tr w:rsidR="00666E6A" w14:paraId="091FC127" w14:textId="77777777">
        <w:trPr>
          <w:jc w:val="center"/>
        </w:trPr>
        <w:tc>
          <w:tcPr>
            <w:tcW w:w="4819" w:type="dxa"/>
            <w:gridSpan w:val="2"/>
            <w:tcBorders>
              <w:bottom w:val="single" w:sz="8" w:space="0" w:color="101112"/>
            </w:tcBorders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1C65F7C2" w14:textId="77777777" w:rsidR="00666E6A" w:rsidRDefault="00666E6A"/>
        </w:tc>
        <w:tc>
          <w:tcPr>
            <w:tcW w:w="4819" w:type="dxa"/>
            <w:gridSpan w:val="3"/>
            <w:tcBorders>
              <w:bottom w:val="single" w:sz="8" w:space="0" w:color="101112"/>
            </w:tcBorders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0EDE81A1" w14:textId="77777777" w:rsidR="00666E6A" w:rsidRDefault="00666E6A"/>
        </w:tc>
      </w:tr>
      <w:tr w:rsidR="00666E6A" w:rsidRPr="00855EB2" w14:paraId="7E055438" w14:textId="77777777">
        <w:trPr>
          <w:jc w:val="center"/>
        </w:trPr>
        <w:tc>
          <w:tcPr>
            <w:tcW w:w="4819" w:type="dxa"/>
            <w:gridSpan w:val="2"/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2241A978" w14:textId="77777777" w:rsidR="00666E6A" w:rsidRPr="00855EB2" w:rsidRDefault="00262D14">
            <w:pPr>
              <w:jc w:val="center"/>
              <w:rPr>
                <w:lang w:val="pt-BR"/>
              </w:rPr>
            </w:pPr>
            <w:r w:rsidRPr="00855EB2">
              <w:rPr>
                <w:color w:val="6A655E"/>
                <w:sz w:val="16"/>
                <w:lang w:val="pt-BR"/>
              </w:rPr>
              <w:t>Assinatura do(a) proponente-fiador(a)</w:t>
            </w:r>
          </w:p>
        </w:tc>
        <w:tc>
          <w:tcPr>
            <w:tcW w:w="4819" w:type="dxa"/>
            <w:gridSpan w:val="3"/>
            <w:tcMar>
              <w:top w:w="150" w:type="dxa"/>
              <w:left w:w="100" w:type="dxa"/>
              <w:bottom w:w="100" w:type="dxa"/>
              <w:right w:w="100" w:type="dxa"/>
            </w:tcMar>
          </w:tcPr>
          <w:p w14:paraId="4C0F3231" w14:textId="77777777" w:rsidR="00666E6A" w:rsidRPr="00855EB2" w:rsidRDefault="00262D14">
            <w:pPr>
              <w:jc w:val="center"/>
              <w:rPr>
                <w:lang w:val="pt-BR"/>
              </w:rPr>
            </w:pPr>
            <w:r w:rsidRPr="00855EB2">
              <w:rPr>
                <w:color w:val="6A655E"/>
                <w:sz w:val="16"/>
                <w:lang w:val="pt-BR"/>
              </w:rPr>
              <w:t>Assinatura do cônjuge / 2º fiador</w:t>
            </w:r>
          </w:p>
        </w:tc>
      </w:tr>
      <w:tr w:rsidR="00666E6A" w:rsidRPr="00855EB2" w14:paraId="2AD2A18A" w14:textId="77777777">
        <w:trPr>
          <w:gridAfter w:val="1"/>
          <w:wAfter w:w="50" w:type="dxa"/>
          <w:jc w:val="center"/>
        </w:trPr>
        <w:tc>
          <w:tcPr>
            <w:tcW w:w="10312" w:type="dxa"/>
            <w:gridSpan w:val="4"/>
            <w:tcBorders>
              <w:top w:val="single" w:sz="8" w:space="0" w:color="C7923E"/>
              <w:left w:val="single" w:sz="18" w:space="0" w:color="C7923E"/>
              <w:bottom w:val="single" w:sz="8" w:space="0" w:color="C7923E"/>
              <w:right w:val="single" w:sz="8" w:space="0" w:color="C7923E"/>
            </w:tcBorders>
            <w:shd w:val="clear" w:color="auto" w:fill="F2EFE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D7CE10E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b/>
                <w:color w:val="C7923E"/>
                <w:sz w:val="17"/>
                <w:lang w:val="pt-BR"/>
              </w:rPr>
              <w:t>AVISO DE PRIVACIDADE</w:t>
            </w:r>
            <w:r w:rsidRPr="00855EB2">
              <w:rPr>
                <w:b/>
                <w:color w:val="C7923E"/>
                <w:sz w:val="17"/>
                <w:lang w:val="pt-BR"/>
              </w:rPr>
              <w:br/>
            </w:r>
            <w:r w:rsidRPr="00855EB2">
              <w:rPr>
                <w:sz w:val="16"/>
                <w:lang w:val="pt-BR"/>
              </w:rPr>
              <w:t xml:space="preserve">O aviso completo está disponível em [LINK OU LOCAL]. Para dúvidas ou </w:t>
            </w:r>
            <w:r w:rsidRPr="00855EB2">
              <w:rPr>
                <w:sz w:val="16"/>
                <w:lang w:val="pt-BR"/>
              </w:rPr>
              <w:t>solicitações relacionadas aos dados pessoais, utilize [CANAL DE ATENDIMENTO].</w:t>
            </w:r>
          </w:p>
        </w:tc>
      </w:tr>
    </w:tbl>
    <w:p w14:paraId="6D8C0199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  <w:br w:type="page"/>
      </w:r>
    </w:p>
    <w:p w14:paraId="2F263BF3" w14:textId="77777777" w:rsidR="00666E6A" w:rsidRPr="00855EB2" w:rsidRDefault="00262D14">
      <w:pPr>
        <w:spacing w:after="40"/>
        <w:jc w:val="center"/>
        <w:rPr>
          <w:lang w:val="pt-BR"/>
        </w:rPr>
      </w:pPr>
      <w:r w:rsidRPr="00855EB2">
        <w:rPr>
          <w:rFonts w:ascii="Times New Roman" w:hAnsi="Times New Roman"/>
          <w:b/>
          <w:sz w:val="32"/>
          <w:lang w:val="pt-BR"/>
        </w:rPr>
        <w:t>DOCUMENTOS NECESSÁRIOS DO PROPONENTE-FIADOR</w:t>
      </w:r>
    </w:p>
    <w:p w14:paraId="68D6AC5F" w14:textId="77777777" w:rsidR="00666E6A" w:rsidRPr="00855EB2" w:rsidRDefault="00262D14">
      <w:pPr>
        <w:spacing w:after="120"/>
        <w:jc w:val="center"/>
        <w:rPr>
          <w:lang w:val="pt-BR"/>
        </w:rPr>
      </w:pPr>
      <w:r w:rsidRPr="00855EB2">
        <w:rPr>
          <w:color w:val="6A655E"/>
          <w:sz w:val="17"/>
          <w:lang w:val="pt-BR"/>
        </w:rPr>
        <w:t>Relação de apoio para personalização conforme o caso concreto</w:t>
      </w:r>
    </w:p>
    <w:p w14:paraId="0E9FA337" w14:textId="77777777" w:rsidR="00666E6A" w:rsidRDefault="00262D14">
      <w:pPr>
        <w:keepNext/>
        <w:spacing w:before="140" w:after="60"/>
      </w:pPr>
      <w:r>
        <w:rPr>
          <w:b/>
          <w:color w:val="C7923E"/>
          <w:sz w:val="20"/>
        </w:rPr>
        <w:t>PESSOA FÍSICA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</w:tblGrid>
      <w:tr w:rsidR="00666E6A" w:rsidRPr="00855EB2" w14:paraId="07E1E4FC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D451B45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F33F8EF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 xml:space="preserve">Cédula de Identidade (RG) e </w:t>
            </w:r>
            <w:r w:rsidRPr="00855EB2">
              <w:rPr>
                <w:sz w:val="17"/>
                <w:lang w:val="pt-BR"/>
              </w:rPr>
              <w:t>Cadastro de Pessoa Física (CPF).</w:t>
            </w:r>
          </w:p>
        </w:tc>
      </w:tr>
      <w:tr w:rsidR="00666E6A" w:rsidRPr="00855EB2" w14:paraId="1C96BFAF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01A4A47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BA03826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Cédula de Identidade (RG) e Cadastro de Pessoa Física (CPF) do cônjuge.</w:t>
            </w:r>
          </w:p>
        </w:tc>
      </w:tr>
      <w:tr w:rsidR="00666E6A" w:rsidRPr="00855EB2" w14:paraId="1BE82E37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E444F11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D9A1A19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Documento que comprove o estado civil: Certidão de Nascimento, Certidão de Casamento, Averbação do Divórcio/Separação ou Certidão de Óbito.</w:t>
            </w:r>
          </w:p>
        </w:tc>
      </w:tr>
      <w:tr w:rsidR="00666E6A" w:rsidRPr="00855EB2" w14:paraId="28B6357F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541B4A5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4BBEE6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Co</w:t>
            </w:r>
            <w:r w:rsidRPr="00855EB2">
              <w:rPr>
                <w:sz w:val="17"/>
                <w:lang w:val="pt-BR"/>
              </w:rPr>
              <w:t>mprovante de renda. O parâmetro de renda equivalente a 3 vezes o valor do aluguel é prática de mercado e não determinação legal.</w:t>
            </w:r>
          </w:p>
        </w:tc>
      </w:tr>
    </w:tbl>
    <w:p w14:paraId="526C91BD" w14:textId="77777777" w:rsidR="00666E6A" w:rsidRDefault="00262D14">
      <w:pPr>
        <w:keepNext/>
        <w:spacing w:before="140" w:after="60"/>
      </w:pPr>
      <w:r>
        <w:rPr>
          <w:b/>
          <w:color w:val="C7923E"/>
          <w:sz w:val="20"/>
        </w:rPr>
        <w:t>DOCUMENTOS PARA COMPROVAÇÃO DE RENDA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  <w:gridCol w:w="674"/>
      </w:tblGrid>
      <w:tr w:rsidR="00666E6A" w:rsidRPr="00855EB2" w14:paraId="22B9C903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A1FEAE2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582B72C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Carteira de Trabalho comprovando vínculo empregatício.</w:t>
            </w:r>
          </w:p>
        </w:tc>
      </w:tr>
      <w:tr w:rsidR="00666E6A" w:rsidRPr="00855EB2" w14:paraId="323EF2CD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C612A24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69A8DCE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3 últimos contracheque</w:t>
            </w:r>
            <w:r w:rsidRPr="00855EB2">
              <w:rPr>
                <w:sz w:val="17"/>
                <w:lang w:val="pt-BR"/>
              </w:rPr>
              <w:t>s; se não houver, os 6 últimos meses de movimentação bancária.</w:t>
            </w:r>
          </w:p>
        </w:tc>
      </w:tr>
      <w:tr w:rsidR="00666E6A" w14:paraId="7D46CF04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F56995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8E03B10" w14:textId="77777777" w:rsidR="00666E6A" w:rsidRDefault="00262D14">
            <w:r>
              <w:rPr>
                <w:sz w:val="17"/>
              </w:rPr>
              <w:t>Imposto de Renda (IR).</w:t>
            </w:r>
          </w:p>
        </w:tc>
      </w:tr>
      <w:tr w:rsidR="00666E6A" w:rsidRPr="00855EB2" w14:paraId="59733432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080D679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9B0A9E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Declaração Comprobatória de Percepção de Rendimentos (DECORE).</w:t>
            </w:r>
          </w:p>
        </w:tc>
      </w:tr>
      <w:tr w:rsidR="00666E6A" w:rsidRPr="00855EB2" w14:paraId="66AAB804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A6593A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FB9D19A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Recibo de pró-labore com cópia do Contrato Social da empresa.</w:t>
            </w:r>
          </w:p>
        </w:tc>
      </w:tr>
      <w:tr w:rsidR="00666E6A" w:rsidRPr="00855EB2" w14:paraId="17CA2B72" w14:textId="77777777">
        <w:trPr>
          <w:gridAfter w:val="1"/>
          <w:wAfter w:w="604" w:type="dxa"/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E625EB3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ED7CC6C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 xml:space="preserve">6 últimos extratos do </w:t>
            </w:r>
            <w:r w:rsidRPr="00855EB2">
              <w:rPr>
                <w:sz w:val="17"/>
                <w:lang w:val="pt-BR"/>
              </w:rPr>
              <w:t>cartão de crédito com os respectivos comprovantes de pagamento.</w:t>
            </w:r>
          </w:p>
        </w:tc>
      </w:tr>
    </w:tbl>
    <w:p w14:paraId="45166E35" w14:textId="77777777" w:rsidR="00666E6A" w:rsidRPr="00855EB2" w:rsidRDefault="00262D14">
      <w:pPr>
        <w:spacing w:after="0" w:line="20" w:lineRule="exact"/>
        <w:rPr>
          <w:lang w:val="pt-BR"/>
        </w:rPr>
      </w:pPr>
      <w:r w:rsidRPr="00855EB2">
        <w:rPr>
          <w:sz w:val="2"/>
          <w:lang w:val="pt-BR"/>
        </w:rPr>
      </w:r>
    </w:p>
    <w:p w14:paraId="669872A4" w14:textId="77777777" w:rsidR="00666E6A" w:rsidRDefault="00262D14">
      <w:pPr>
        <w:keepNext/>
        <w:spacing w:before="140" w:after="60"/>
      </w:pPr>
      <w:r>
        <w:rPr>
          <w:b/>
          <w:color w:val="C7923E"/>
          <w:sz w:val="20"/>
        </w:rPr>
        <w:t>DOCUMENTOS DOS IMÓVEIS E COMPLEMENTARES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128"/>
      </w:tblGrid>
      <w:tr w:rsidR="00666E6A" w:rsidRPr="00855EB2" w14:paraId="048838B4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CEADA41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8C3A46F" w14:textId="77777777" w:rsidR="00666E6A" w:rsidRPr="00855EB2" w:rsidRDefault="00262D14">
            <w:pPr>
              <w:rPr>
                <w:lang w:val="pt-BR"/>
              </w:rPr>
            </w:pPr>
            <w:r w:rsidRPr="00855EB2">
              <w:rPr>
                <w:sz w:val="17"/>
                <w:lang w:val="pt-BR"/>
              </w:rPr>
              <w:t>Certidão de Registro do Imóvel.</w:t>
            </w:r>
          </w:p>
        </w:tc>
      </w:tr>
      <w:tr w:rsidR="00666E6A" w14:paraId="7C59DA43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8F406F6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4BC06B3" w14:textId="77777777" w:rsidR="00666E6A" w:rsidRDefault="00262D14">
            <w:r>
              <w:rPr>
                <w:sz w:val="17"/>
              </w:rPr>
              <w:t>Comprovante de endereço.</w:t>
            </w:r>
          </w:p>
        </w:tc>
      </w:tr>
      <w:tr w:rsidR="00666E6A" w:rsidRPr="00855EB2" w14:paraId="00EC4937" w14:textId="77777777">
        <w:trPr>
          <w:jc w:val="center"/>
        </w:trPr>
        <w:tc>
          <w:tcPr>
            <w:tcW w:w="510" w:type="dxa"/>
            <w:tcBorders>
              <w:bottom w:val="single" w:sz="4" w:space="0" w:color="E6DED1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F0568EC" w14:textId="77777777" w:rsidR="00666E6A" w:rsidRDefault="00262D14">
            <w:pPr>
              <w:jc w:val="center"/>
            </w:pPr>
            <w:r>
              <w:rPr>
                <w:rFonts w:ascii="DejaVu Sans" w:hAnsi="DejaVu Sans"/>
                <w:color w:val="C7923E"/>
                <w:sz w:val="22"/>
              </w:rPr>
              <w:t>☐</w:t>
            </w:r>
          </w:p>
        </w:tc>
        <w:tc>
          <w:tcPr>
            <w:tcW w:w="9128" w:type="dxa"/>
            <w:tcBorders>
              <w:bottom w:val="single" w:sz="4" w:space="0" w:color="E6DED1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before="40" w:after="40"/>
              <w:jc w:val="left"/>
            </w:pPr>
            <w:r/>
            <w:r>
              <w:rPr>
                <w:rFonts w:ascii="DejaVu Sans" w:hAnsi="DejaVu Sans"/>
                <w:b w:val="0"/>
                <w:color w:val="000000"/>
                <w:sz w:val="18"/>
              </w:rPr>
              <w:t>Ficha cadastral do proponente-fiador devidamente preenchida.</w:t>
            </w:r>
          </w:p>
        </w:tc>
      </w:tr>
    </w:tbl>
    <w:p w14:paraId="71FD8671" w14:textId="77777777" w:rsidR="00666E6A" w:rsidRDefault="00262D14">
      <w:pPr>
        <w:spacing w:before="160" w:after="60"/>
      </w:pPr>
      <w:r>
        <w:rPr>
          <w:b/>
          <w:color w:val="C7923E"/>
        </w:rPr>
        <w:t>OBSERVAÇÕES DA IMOBILIÁRIA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666E6A" w14:paraId="09B4F7A9" w14:textId="77777777">
        <w:trPr>
          <w:jc w:val="center"/>
        </w:trPr>
        <w:tc>
          <w:tcPr>
            <w:tcW w:w="10312" w:type="dxa"/>
            <w:tcBorders>
              <w:bottom w:val="single" w:sz="6" w:space="0" w:color="E6DED1"/>
            </w:tcBorders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261B8B1F" w14:textId="77777777" w:rsidR="00666E6A" w:rsidRDefault="00262D14">
            <w:r>
              <w:t xml:space="preserve"> </w:t>
            </w:r>
          </w:p>
        </w:tc>
      </w:tr>
      <w:tr w:rsidR="00666E6A" w14:paraId="2047AEB1" w14:textId="77777777">
        <w:trPr>
          <w:jc w:val="center"/>
        </w:trPr>
        <w:tc>
          <w:tcPr>
            <w:tcW w:w="10312" w:type="dxa"/>
            <w:tcBorders>
              <w:bottom w:val="single" w:sz="6" w:space="0" w:color="E6DED1"/>
            </w:tcBorders>
            <w:tcMar>
              <w:top w:w="150" w:type="dxa"/>
              <w:left w:w="100" w:type="dxa"/>
              <w:bottom w:w="150" w:type="dxa"/>
              <w:right w:w="100" w:type="dxa"/>
            </w:tcMar>
          </w:tcPr>
          <w:p w14:paraId="7E8DC83C" w14:textId="77777777" w:rsidR="00666E6A" w:rsidRDefault="00262D14">
            <w:r>
              <w:t xml:space="preserve"> </w:t>
            </w:r>
          </w:p>
        </w:tc>
      </w:tr>
    </w:tbl>
    <w:p w14:paraId="631C9F4D" w14:textId="77777777" w:rsidR="00262D14" w:rsidRDefault="00262D14"/>
    <w:sectPr w:rsidR="00262D14" w:rsidSect="00034616">
      <w:footerReference w:type="default" r:id="rId9"/>
      <w:pgSz w:w="12240" w:h="15840"/>
      <w:pgMar w:top="709" w:right="964" w:bottom="709" w:left="96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D523E" w14:textId="77777777" w:rsidR="00262D14" w:rsidRDefault="00262D14">
      <w:pPr>
        <w:spacing w:after="0" w:line="240" w:lineRule="auto"/>
      </w:pPr>
      <w:r>
        <w:separator/>
      </w:r>
    </w:p>
  </w:endnote>
  <w:endnote w:type="continuationSeparator" w:id="0">
    <w:p w14:paraId="14ACCFE3" w14:textId="77777777" w:rsidR="00262D14" w:rsidRDefault="0026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ED215" w14:textId="77777777" w:rsidR="00666E6A" w:rsidRPr="00855EB2" w:rsidRDefault="00262D14">
    <w:pPr>
      <w:pStyle w:val="Rodap"/>
      <w:jc w:val="center"/>
      <w:rPr>
        <w:lang w:val="pt-BR"/>
      </w:rPr>
    </w:pPr>
    <w:r w:rsidRPr="00855EB2">
      <w:rPr>
        <w:color w:val="6A655E"/>
        <w:sz w:val="14"/>
        <w:lang w:val="pt-BR"/>
      </w:rPr>
      <w:t>Material editável  ·  Clube da Locação 360º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256F8" w14:textId="77777777" w:rsidR="00262D14" w:rsidRDefault="00262D14">
      <w:pPr>
        <w:spacing w:after="0" w:line="240" w:lineRule="auto"/>
      </w:pPr>
      <w:r>
        <w:separator/>
      </w:r>
    </w:p>
  </w:footnote>
  <w:footnote w:type="continuationSeparator" w:id="0">
    <w:p w14:paraId="4F59AF59" w14:textId="77777777" w:rsidR="00262D14" w:rsidRDefault="00262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2D14"/>
    <w:rsid w:val="0029639D"/>
    <w:rsid w:val="00326F90"/>
    <w:rsid w:val="00666E6A"/>
    <w:rsid w:val="00855EB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1A5F3"/>
  <w14:defaultImageDpi w14:val="300"/>
  <w15:docId w15:val="{3769BDDC-387B-0F45-9893-57CECABC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01112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cadastral do proponente fiador</dc:title>
  <dc:subject>Cadastro do proponente fiador para análise de locação</dc:subject>
  <dc:creator>Clube da Locação 360º</dc:creator>
  <cp:keywords/>
  <dc:description>generated by python-docx</dc:description>
  <cp:lastModifiedBy>Microsoft Office User</cp:lastModifiedBy>
  <cp:revision>2</cp:revision>
  <dcterms:created xsi:type="dcterms:W3CDTF">2026-08-17T22:00:00Z</dcterms:created>
  <dcterms:modified xsi:type="dcterms:W3CDTF">2026-08-17T22:00:00Z</dcterms:modified>
  <cp:category/>
</cp:coreProperties>
</file>