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Laudo de Vistoria Inicial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Laudo de Vistoria Inicial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ANEXO I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objeto do presente laudo: É a vistoria do imóvel constituído pelo apartamento situado à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LOCATÁRIOS: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presente laudo é parte integrante do contrato de locação celebrado entre o LOCADOR e os LOCATÁRIOS. Qualquer restrição ao presente laudo, ou qualquer irregularidade encontrada no imóvel que não conste neste laudo, deverá ser comunicado ao LOCADOR, através das procuradoras, por escrito, para o endereço eletrônico: , dentro de 7 (sete) dias corridos, a contar do recebimento do presente documento.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Vistoriado o imóvel acima descrito, foi constatado que o mesmo se encontra em excelente estado de conservação e assim os LOCATÁRIOS se comprometem a devolvê-lo, findo o prazo contratual, independente de vistoria final.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SALA: Porta da entrada de madeira com danificações na parte inferior a ser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reparada por profissional contratado pelo LOCADOR. Paredes, teto e rodapé pintados na cor branco. O teto possui rebaixamento em gesso com iluminação funcionando perfeitamente, destacando a ausência de bocal, lustre, pendente ou semelhante no local apropriado próximo a porta de entrada. Piso porcelanato polido na cor bege claro em ótimo estado de conservação por todo o imóvel rejuntado com rejunte branco. Há tomadas funcionando perfeitamente e ponto de acesso interno para cabeamento de tv e internet. Possui uma varanda com piso e paredes com pintura nova em perfeito estado e guarda-corpo de vidro com acabamentos em alumínio branco em perfeito estado de conservação. Porta de acesso a varanda de alumínio com vidros sem nenhum trinco. Possui porta de correr branca de acesso aos demais cômodos com poucos sinais de uso, mas em perfeita condição de uso.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COZINHA E ÁREA DE SERVIÇO: Paredes revestidas totalmente em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azulejos brancos com 12 perfurações na parede que faz divisa com a sala, tendo sido preenchidos com massa acrílica. Teto rebaixado em gesso com iluminação embutida em perfeito estado de funcionamento. Possui armários na parte superior acima da bancada e na parte interior com sinais de uso e deterioração, principalmente na parte inferior na lateral esquerda, ficando acordado que o LOCADOR providenciará os reparos necessários para deixá-los em bom estado para uso. Existe ponto para instalação de coifa. A bancada é de granito e está instalada torneira com água quente e fria e a cuba de alumínio está em ótimo estado de conservação. Neste cômodo há um interfone, uma campainha sem fio, dois quadros de luz e aquecedor de água a gás, todos em perfeito estado de conservação e funcionamento. Entrada para área de serviço possui porta de correr de vidro blindex jateado em ótimo estado de conservação e em perfeito funcionamento. Porta e janela de acesso a varanda em perfeito estado de conservação do lado exterior e no lado interno com marcas de uso e manchas de cola. Existe um tanque branco em ótimo estado de conservação com torneira de parede em bom ótimo estado sem sinais de ferrugem.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3) QUARTO 1: Porta branca com fechadura em perfeito estado e 1 (uma)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chave. Paredes pintadas na cor branco. Possui armário planejado em ótimo estado de conservação com poucos sinais de uso, sem nenhum problema para o bom uso das portas de correr. Iluminação em perfeito funcionamento com luminária instalada. Janela em alumínio escovado com alguns adesivos e com bloqueador de luz solar nos vidros. Possui espaço para instalação de ar-condicionado de janela.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4) QUARTO 2: Porta branca com fechadura em perfeito estado e 1 (uma)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chave. Pintado na cor branco. Possui armário planejado em ótimo estado de conservação com poucos sinais de uso, sem nenhum problema para o bom uso das portas de correr, com sinais de deterioração na parte inferior do lado direito a ser reparado pelo LOCADOR. Na parte interna do armário há ponto de elétrica. Iluminação em perfeito funcionamento com luminária instalada. Janela em alumínio escovado. Possui espaço para instalação de ar-condicionado de janela.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5) QUARTO 3 (SUÍTE): Porta branca com fechadura em perfeito estado e 1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(uma) chave. Pintado na cor branco. Possui armário planejado em ótimo estado de conservação, com um espelho na porta sem qualquer rachadura ou parte quebrada. O armário possui poucos sinais de uso, sem nenhum problema para o bom uso das portas de correr. Iluminação em perfeito funcionamento, destacando a ausência de bocal, lustre, pendente ou semelhante no local apropriado. Janela em alumínio escovado. Possui espaço para instalação de ar-condicionado de janela. O banheiro possuí meia parede em azulejo bege e parte superior em azulejo simples branco.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Possui pia com instalação de torneira com misturador, gabinete com poucos sinais de uso, vaso sanitário e área de banho limpas. Há box de vidro blidex com acabamento arredondado em alumínio branco. O espelho possui alguns desgastes naturais pela umidade nas bordas.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6) BANHEIRO SOCIAL: Possuí meia parede em azulejo bege e parte superior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em azulejo simples branco. Possui pia com instalação de torneira com misturador, vaso sanitário e área de banho limpas. Há box de vidro blidex.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Há acessórios para sobre a pia para eventual substituição.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ASPECTOS GERAIS: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A) Parte elétrica em excelente estado, frisa-se que a tomada do microondas está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sem a respectiva caixa externa de acabamento.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B) Vidraças em ótimo estado sem manchas, arranhões ou trincos.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C) Pintura nova na cor branca em todo o apartamento.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D) Parte hidráulica em perfeito funcionamento, sem sinais de encanamento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entupido.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E) Foram entregues 3 (três) chaves, sendo duas de acesso ao apartamento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uma dos correios da unidade, bem como um TAG de acesso ao condomínio (azul).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Declaram as partes que este documento é parte integrante do contrato de locação, e que os LOCATÁRIOS estão cientes do prazo para contestação de qualquer natureza do laudo de vistoria.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