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960120" cy="9601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ube-locacao-36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100"/>
        <w:jc w:val="center"/>
      </w:pPr>
      <w:r>
        <w:rPr>
          <w:rFonts w:ascii="Times New Roman" w:hAnsi="Times New Roman"/>
          <w:b/>
          <w:i w:val="0"/>
          <w:color w:val="000000"/>
          <w:sz w:val="42"/>
        </w:rPr>
        <w:t>Notificação de Venda do Imóvel e Direito de Preferência</w:t>
      </w:r>
    </w:p>
    <w:p>
      <w:pPr>
        <w:spacing w:after="360"/>
        <w:jc w:val="center"/>
      </w:pPr>
      <w:r>
        <w:rPr>
          <w:rFonts w:ascii="Arial" w:hAnsi="Arial"/>
          <w:b w:val="0"/>
          <w:i w:val="0"/>
          <w:color w:val="6A655E"/>
          <w:sz w:val="20"/>
        </w:rPr>
        <w:t>Modelo editável do Banco de Ferramentas</w:t>
      </w:r>
    </w:p>
    <w:p>
      <w:pPr>
        <w:spacing w:after="160"/>
      </w:pPr>
      <w:r>
        <w:rPr>
          <w:rFonts w:ascii="Times New Roman" w:hAnsi="Times New Roman"/>
          <w:b/>
          <w:i w:val="0"/>
          <w:color w:val="000000"/>
          <w:sz w:val="26"/>
        </w:rPr>
        <w:t>Como utilizar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Substitua todos os campos destacados entre colchetes e complete as linhas de preenchimento.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Preserve apenas as alternativas compatíveis com o contrato e com o caso concreto.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Confira datas, valores, prazos, cláusulas citadas, referências legais, partes e assinaturas.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Exclua esta página de orientação antes de enviar o documento para assinatura ou utilização.</w:t>
      </w:r>
    </w:p>
    <w:p>
      <w:pPr>
        <w:spacing w:before="240" w:after="100"/>
      </w:pPr>
      <w:r>
        <w:rPr>
          <w:rFonts w:ascii="Times New Roman" w:hAnsi="Times New Roman"/>
          <w:b/>
          <w:i w:val="0"/>
          <w:color w:val="000000"/>
          <w:sz w:val="26"/>
        </w:rPr>
        <w:t>Conferência do conteúdo original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 conteúdo-base do PDF original foi mantido, sem inclusão de novas regras jurídicas.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Marcas de página, dados pessoais e dados empresariais do exemplo foram retirados ou transformados em campos editáveis.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Observações internas e indicações de texto opcional foram convertidas em orientações visíveis para adaptação.</w:t>
      </w:r>
    </w:p>
    <w:p>
      <w:pPr>
        <w:spacing w:before="240" w:after="0"/>
      </w:pPr>
      <w:r>
        <w:rPr>
          <w:rFonts w:ascii="Arial" w:hAnsi="Arial"/>
          <w:b/>
          <w:i w:val="0"/>
          <w:color w:val="C7923E"/>
          <w:sz w:val="19"/>
        </w:rPr>
        <w:t xml:space="preserve">Atenção: </w:t>
      </w:r>
      <w:r>
        <w:rPr>
          <w:rFonts w:ascii="Arial" w:hAnsi="Arial"/>
          <w:b w:val="0"/>
          <w:i w:val="0"/>
          <w:color w:val="101112"/>
          <w:sz w:val="19"/>
        </w:rPr>
        <w:t>confira as referências legais e sua adequação ao caso antes de utilizar o modelo.</w:t>
      </w:r>
    </w:p>
    <w:p>
      <w:r>
        <w:br w:type="page"/>
      </w:r>
    </w:p>
    <w:p>
      <w:pPr>
        <w:pStyle w:val="Title"/>
        <w:spacing w:after="280"/>
        <w:jc w:val="center"/>
      </w:pPr>
      <w:r>
        <w:rPr>
          <w:rFonts w:ascii="Times New Roman" w:hAnsi="Times New Roman"/>
          <w:b/>
          <w:i w:val="0"/>
          <w:color w:val="000000"/>
          <w:sz w:val="34"/>
        </w:rPr>
        <w:t>Notificação de Venda do Imóvel e Direito de Preferência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Notificação Direito de Preferência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NOTIFICAÇÃO DE VENDA DO IMÓVEL (DIREITO DE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Ilustríssimo(a). Sr(a). (nome do(a) locatário(a)) CPF no (informar) (endereço) Na qualidade de representante do proprietário(a) do imóvel situado à (endereço do imóvel local), alugado a Vossa Senhoria por contrato formalizado em (data), comunicamos que o imóvel, objeto do presente contrato, será colocado a venda pelo preço de R$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.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,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(valor por extenso), mediante pagamento à vista ou em até quatro parcelas (informe a forma de pagamento aceita no caso concreto).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De acordo com o disposto no artigo 27 da Lei no 8.245/1991, Vossa Senhoria na qualidade de locatário(a) tem preferência na aquisição do imóvel, podendo manifestar seu interesse no prazo de 30 (trinta) dias corridos a partir do recebimento desta. Vale ressaltar que a inércia quanto a sua resposta, significa a perda do Direito de preferência.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Por fim, cabe informar que a documentação do imóvel está à disposição para consulta na (endereço), mediante solicitação pelo telefone (informar). Estamos no aguardo de sua resposta e à disposição.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(município) - (UF), (dia) de (mês) de (ano).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(assinatura) (nome do(a) locador(a)) OBS: caso o imóvel tenha algum débito, é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importante mencionar, assim como todos os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detalhes quanto a forma de pagamento aceita pelo proprietário.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1037" w:left="1440" w:header="490" w:footer="4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655E"/>
        <w:sz w:val="15"/>
      </w:rPr>
      <w:t>Banco de Ferramentas  ·  Clube da Locação 360º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6A655E"/>
        <w:sz w:val="15"/>
      </w:rPr>
      <w:t>CLUBE DA LOCAÇÃO 360º  ·  MODELO EDITÁVEL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8" w:lineRule="auto"/>
    </w:pPr>
    <w:rPr>
      <w:rFonts w:ascii="Arial" w:hAnsi="Arial"/>
      <w:color w:val="101112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