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para Entrega do Imóvel pelo Locatário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para Entrega do Imóvel pelo Locatário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Ilustríssimo(a). Sr(a). (nome do(a) locador(a)) ou Imobiliária (endereço) Eu, (nome do(a) locatário(a)) inscrito(a) no CPF sob o no (informar), na qualidade de locatário(a) do imóvel situado à (endereço), locado por Vossa Senhoria, conforme contrato firmado em (data), tendo em vista que o encerramento do referido contrato se dará em (data), e não havendo intenção de renová-lo, informo que, na forma do inciso III do artigo 23 da Lei no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8.245/1991, desocuparei o imóvel para restituí-lo na data mencionada, com 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entrega das chaves.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Sendo o que havia a comunicar, renovo votos de elevada estima e consideração.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(assinatura) (nome do(a) locador(a))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