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Notificação para Reparo do Imóvel ao Locador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Notificação para Reparo do Imóvel ao Locador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NOTIFICAÇÃO PARA REPARO DO IMÓVEL – AO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LOCADOR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Ilustríssimo(a). Sr(a). (nome do(a) locador(a)) CPF no (informar) (endereço) (nome do(a) locatário(a)), inscrito(a) no CPF sob o no (informar), na qualidade de locatário(a) do imóvel situado à (endereço), locado por Vossa Senhoria e administrado por nós da imobiliária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conforme contrato firmado em (data), nos notificou, com fundamento no inciso IV do artigo 23 da Lei no 8.245/1991, de que o imóvel se encontra com (descrever o problema), problema este de sua responsabilidade e que necessita de imediato reparo.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Por esta razão, informamos que enviamos um prestador de serviço para orçar o reparo necessário, no valor de R$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), podendo ser pago da seguinte maneira (descrever).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Sente sentido, gostaríamos de solicitar autorização para execução do serviço, nos termos do orçamento que segue (enviar anexo).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No aguardo do seu breve retorno.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(município) - (UF), (dia) de (mês) de (ano).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(assinatura) (nome do(a) locatário(a))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