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Reparo do Imóvel ao Locatário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Reparo do Imóvel ao Locatário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NOTIFICAÇÃO PARA REPARO DO IMÓVEL – AO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LOCATÁRIO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Ilustríssimo(a). Sr(a). (nome do(a) locatário(a)) CPF no (informar) (endereço) (nome do(a) locador(a)), inscrito(a) no CPF sob o no (informar), na qualidade de locador(a), neste ato representado pela imobiliária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tendo como objeto da locação o imóvel situado à (endereço), locado à Vossa Senhoria conforme contrato firmado em (data), faz uso da presente para, de acordo com o inciso V do artigo 23 da Lei no 8.245/1991, notificá-lo (a) de que o imóvel se encontra com (descrever o problema), problema este de sua responsabilidade e que necessita de imediato reparo, sob pena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Aguardo o pronto reparo do problema relatado. Era o que havia para notificar.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locador(a))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