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960120" cy="96012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ube-locacao-360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60120" cy="9601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Title"/>
        <w:spacing w:after="100"/>
        <w:jc w:val="center"/>
      </w:pPr>
      <w:r>
        <w:rPr>
          <w:rFonts w:ascii="Times New Roman" w:hAnsi="Times New Roman"/>
          <w:b/>
          <w:i w:val="0"/>
          <w:color w:val="000000"/>
          <w:sz w:val="42"/>
        </w:rPr>
        <w:t>Orientação ao Locatário para Encerramento do Contrato</w:t>
      </w:r>
    </w:p>
    <w:p>
      <w:pPr>
        <w:spacing w:after="360"/>
        <w:jc w:val="center"/>
      </w:pPr>
      <w:r>
        <w:rPr>
          <w:rFonts w:ascii="Arial" w:hAnsi="Arial"/>
          <w:b w:val="0"/>
          <w:i w:val="0"/>
          <w:color w:val="6A655E"/>
          <w:sz w:val="20"/>
        </w:rPr>
        <w:t>Modelo editável do Banco de Ferramentas</w:t>
      </w:r>
    </w:p>
    <w:p>
      <w:pPr>
        <w:spacing w:after="160"/>
      </w:pPr>
      <w:r>
        <w:rPr>
          <w:rFonts w:ascii="Times New Roman" w:hAnsi="Times New Roman"/>
          <w:b/>
          <w:i w:val="0"/>
          <w:color w:val="000000"/>
          <w:sz w:val="26"/>
        </w:rPr>
        <w:t>Como utilizar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Substitua todos os campos destacados entre colchetes e complete as linhas de preenchimento.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Preserve apenas as alternativas compatíveis com o contrato e com o caso concreto.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Confira datas, valores, prazos, cláusulas citadas, referências legais, partes e assinaturas.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Exclua esta página de orientação antes de enviar o documento para assinatura ou utilização.</w:t>
      </w:r>
    </w:p>
    <w:p>
      <w:pPr>
        <w:spacing w:before="240" w:after="100"/>
      </w:pPr>
      <w:r>
        <w:rPr>
          <w:rFonts w:ascii="Times New Roman" w:hAnsi="Times New Roman"/>
          <w:b/>
          <w:i w:val="0"/>
          <w:color w:val="000000"/>
          <w:sz w:val="26"/>
        </w:rPr>
        <w:t>Conferência do conteúdo original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O conteúdo-base do PDF original foi mantido, sem inclusão de novas regras jurídicas.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Marcas de página, dados pessoais e dados empresariais do exemplo foram retirados ou transformados em campos editáveis.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Observações internas e indicações de texto opcional foram convertidas em orientações visíveis para adaptação.</w:t>
      </w:r>
    </w:p>
    <w:p>
      <w:pPr>
        <w:spacing w:before="240" w:after="0"/>
      </w:pPr>
      <w:r>
        <w:rPr>
          <w:rFonts w:ascii="Arial" w:hAnsi="Arial"/>
          <w:b/>
          <w:i w:val="0"/>
          <w:color w:val="C7923E"/>
          <w:sz w:val="19"/>
        </w:rPr>
        <w:t xml:space="preserve">Atenção: </w:t>
      </w:r>
      <w:r>
        <w:rPr>
          <w:rFonts w:ascii="Arial" w:hAnsi="Arial"/>
          <w:b w:val="0"/>
          <w:i w:val="0"/>
          <w:color w:val="101112"/>
          <w:sz w:val="19"/>
        </w:rPr>
        <w:t>confira as referências legais e sua adequação ao caso antes de utilizar o modelo.</w:t>
      </w:r>
    </w:p>
    <w:p>
      <w:r>
        <w:br w:type="page"/>
      </w:r>
    </w:p>
    <w:p>
      <w:pPr>
        <w:pStyle w:val="Title"/>
        <w:spacing w:after="280"/>
        <w:jc w:val="center"/>
      </w:pPr>
      <w:r>
        <w:rPr>
          <w:rFonts w:ascii="Times New Roman" w:hAnsi="Times New Roman"/>
          <w:b/>
          <w:i w:val="0"/>
          <w:color w:val="000000"/>
          <w:sz w:val="34"/>
        </w:rPr>
        <w:t>Orientação ao Locatário para Encerramento do Contrato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Orientação ao locatário quanto ao encerramento do contrato de locação Procedimento para Entrega das Chaves e Rescisão do Contrato de Locação Olá, tudo bem?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Recebemos sua solicitação de encerramento do contrato de locação e, para garantir que o processo ocorra com transparência e segurança para ambas as partes, compartilhamos abaixo o passo a passo que deverá ser seguido: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✅ Etapas obrigatórias: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 xml:space="preserve">1️⃣ Notificação formal de rescisão É necessário que você envie uma notificação formal por escrito, para o e-mail: </w:t>
      </w:r>
      <w:r>
        <w:rPr>
          <w:rFonts w:ascii="Arial" w:hAnsi="Arial"/>
          <w:b/>
          <w:i w:val="0"/>
          <w:color w:val="C7923E"/>
          <w:sz w:val="20"/>
        </w:rPr>
        <w:t>[PREENCHER]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informando a data prevista para a desocupação do imóvel, com antecedência mínima de 30 (trinta) dias, conforme previsão contratual e legal (Lei do Inquilinato – Art. 4º).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2️⃣ Vistoria prévia orientativa Após o recebimento da notificação, será agendada uma vistoria preliminar no imóvel, com o objetivo de orientar sobre os ajustes necessários para a devolução do imóvel nas condições em que foi recebido, conforme o laudo de entrada.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3️⃣ Entrega das chaves A entrega das chaves será feita mediante recibo sem quitação total.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Neste momento, será necessário apresentar: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Cópia do pedido de desligamento dos serviços de energia elétrica e gás;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Comprovantes de quitação junto às concessionárias responsáveis.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4️⃣ Vistoria final Em até 10 (dez) dias após a entrega das chaves, será realizada a vistoria final do imóvel, conforme o laudo de entrada.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A vistoria poderá ser acompanhada por você e/ou seu fiador.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Possibilidades: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✅ Se o imóvel estiver em conformidade, emitiremos o Termo de Quitação e Encerramento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Contratual.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❌ Se houver pendências, será emitido um laudo com as observações, e os reparos deverão ser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providenciados. Durante esse período, poderá haver cobrança proporcional (pro rata) do aluguel pelos dias em que o imóvel ficar indisponível para nova locação.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📎 Importante: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Este procedimento segue o que está previsto no seu contrato de locação. Caso tenha dúvidas, nossa equipe está à disposição para esclarecer qualquer ponto.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Agradecemos pela parceria durante o período da locação!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440" w:bottom="1037" w:left="1440" w:header="490" w:footer="49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 w:val="0"/>
        <w:i w:val="0"/>
        <w:color w:val="6A655E"/>
        <w:sz w:val="15"/>
      </w:rPr>
      <w:t>Banco de Ferramentas  ·  Clube da Locação 360º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i w:val="0"/>
        <w:color w:val="6A655E"/>
        <w:sz w:val="15"/>
      </w:rPr>
      <w:t>CLUBE DA LOCAÇÃO 360º  ·  MODELO EDITÁVEL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278" w:lineRule="auto"/>
    </w:pPr>
    <w:rPr>
      <w:rFonts w:ascii="Arial" w:hAnsi="Arial"/>
      <w:color w:val="101112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/>
      <w:b/>
      <w:color w:val="000000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