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Termo Aditivo ao Contrato de Locação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Termo Aditivo ao Contrato de Locação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TERMO ADITIVO DO CONTRATO DE LOCAÇÃO RESIDENCIAL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(PODE USAR O MESMO MODELO PARA LOCAÇÕES POR TEMPORADA OU NÃO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RESIDENCIAIS)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LOCADORA: </w:t>
      </w:r>
      <w:r>
        <w:rPr>
          <w:rFonts w:ascii="Arial" w:hAnsi="Arial"/>
          <w:b/>
          <w:i w:val="0"/>
          <w:color w:val="C7923E"/>
          <w:sz w:val="22"/>
        </w:rPr>
        <w:t>[NOME COMPLETO]</w:t>
      </w:r>
      <w:r>
        <w:rPr>
          <w:rFonts w:ascii="Arial" w:hAnsi="Arial"/>
          <w:b/>
          <w:i w:val="0"/>
          <w:color w:val="000000"/>
          <w:sz w:val="22"/>
        </w:rPr>
        <w:t xml:space="preserve"> NÃO PRECISA DA QUALIFICAÇÃO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LOCATÁRIO: </w:t>
      </w:r>
      <w:r>
        <w:rPr>
          <w:rFonts w:ascii="Arial" w:hAnsi="Arial"/>
          <w:b/>
          <w:i w:val="0"/>
          <w:color w:val="C7923E"/>
          <w:sz w:val="22"/>
        </w:rPr>
        <w:t>[NOME COMPLETO]</w:t>
      </w:r>
      <w:r>
        <w:rPr>
          <w:rFonts w:ascii="Arial" w:hAnsi="Arial"/>
          <w:b/>
          <w:i w:val="0"/>
          <w:color w:val="000000"/>
          <w:sz w:val="22"/>
        </w:rPr>
        <w:t xml:space="preserve"> NÃO PRECISA DA QUALIFICAÇÃO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É objeto do presente contrato de locação o imóvel situado à na </w:t>
      </w:r>
      <w:r>
        <w:rPr>
          <w:rFonts w:ascii="Arial" w:hAnsi="Arial"/>
          <w:b/>
          <w:i w:val="0"/>
          <w:color w:val="C7923E"/>
          <w:sz w:val="20"/>
        </w:rPr>
        <w:t>[RUA]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[nº]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[COMPLEMENTO]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[BAIRRO]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[CIDADE]</w:t>
      </w:r>
      <w:r>
        <w:rPr>
          <w:rFonts w:ascii="Arial" w:hAnsi="Arial"/>
          <w:b w:val="0"/>
          <w:i w:val="0"/>
          <w:color w:val="101112"/>
          <w:sz w:val="20"/>
        </w:rPr>
        <w:t>/</w:t>
      </w:r>
      <w:r>
        <w:rPr>
          <w:rFonts w:ascii="Arial" w:hAnsi="Arial"/>
          <w:b/>
          <w:i w:val="0"/>
          <w:color w:val="C7923E"/>
          <w:sz w:val="20"/>
        </w:rPr>
        <w:t>[ESTADO]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[CEP]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As partes deste contrato decidem que merece alteração da cláusula DÉCIMA QUINTA, acréscimo do § 5º na cláusula TERCEIRA e cláusula DÉCIMA SÉTIMA, referente a lei de proteção de dados, que assim passam a constar: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TERCEIRA- DO ALUGUEL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5º- A LOCADORA concede desconto de 50% (cinquenta por cento) do reajuste pelo IGP-M do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ano corrente. Desde modo, o reajuste que era de R$ </w:t>
      </w:r>
      <w:r>
        <w:rPr>
          <w:rFonts w:ascii="Arial" w:hAnsi="Arial"/>
          <w:b/>
          <w:i w:val="0"/>
          <w:color w:val="C7923E"/>
          <w:sz w:val="20"/>
        </w:rPr>
        <w:t>[VALOR ORIGINAL DO REAJUSTE]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[VALOR POR EXTENSO]</w:t>
      </w:r>
      <w:r>
        <w:rPr>
          <w:rFonts w:ascii="Arial" w:hAnsi="Arial"/>
          <w:b w:val="0"/>
          <w:i w:val="0"/>
          <w:color w:val="101112"/>
          <w:sz w:val="20"/>
        </w:rPr>
        <w:t xml:space="preserve">), foi para R$ </w:t>
      </w:r>
      <w:r>
        <w:rPr>
          <w:rFonts w:ascii="Arial" w:hAnsi="Arial"/>
          <w:b/>
          <w:i w:val="0"/>
          <w:color w:val="C7923E"/>
          <w:sz w:val="20"/>
        </w:rPr>
        <w:t>[VALOR DO REAJUSTE COM DESCONTO]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[VALOR POR EXTENSO]</w:t>
      </w:r>
      <w:r>
        <w:rPr>
          <w:rFonts w:ascii="Arial" w:hAnsi="Arial"/>
          <w:b w:val="0"/>
          <w:i w:val="0"/>
          <w:color w:val="101112"/>
          <w:sz w:val="20"/>
        </w:rPr>
        <w:t>).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O referido valor já foi aplicado para o vencimento de </w:t>
      </w:r>
      <w:r>
        <w:rPr>
          <w:rFonts w:ascii="Arial" w:hAnsi="Arial"/>
          <w:b/>
          <w:i w:val="0"/>
          <w:color w:val="C7923E"/>
          <w:sz w:val="20"/>
        </w:rPr>
        <w:t>[MÊS/ANO]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DÉCIMA QUINTA- DAS DISPOSIÇÕES GERAIS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1º -O LOCATÁRIO obriga-se a promover a transferência para o seu nome e a pagar,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diretamente às respectivas concessionárias, as despesas de luz, gás e água sem nenhuma responsabilidade para a LOCADORA no prazo de 30 (trinta) dias contados do início do presente instrumento, sob pena de rescisão contratual e sem prejuízo da multa prevista na cláusula oitava.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2º - Findo o contrato, no ato da entrega das chaves, o LOCATÁRIO deverá comprovar 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cancelamento dos referidos serviços.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DÉCIMA SÉTIMA- DA PROTEÇÃO DE DADOS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Durante a vigência deste contrato, os representantes da LOCADORA e a LOCADORA poderão compartilhar dados e documentos recebidos do LOCATÁRIO, com terceiros com a finalidade de cumprir ao objeto do contrato, em repartições públicas, municipais, estaduais e federais, advogados, corretores de imóveis parceiros, em processos judiciais, procedimentos administrativos, cartórios de notas e de imóveis, considerando o dever de sigilo e proteção dos dados recebidos.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1º- Os documentos enviados pelo LOCATÁRIO são arquivados nos computadores da empresa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/>
          <w:i w:val="0"/>
          <w:color w:val="C7923E"/>
          <w:sz w:val="20"/>
        </w:rPr>
        <w:t>[NOME]</w:t>
      </w:r>
      <w:r>
        <w:rPr>
          <w:rFonts w:ascii="Arial" w:hAnsi="Arial"/>
          <w:b w:val="0"/>
          <w:i w:val="0"/>
          <w:color w:val="101112"/>
          <w:sz w:val="20"/>
        </w:rPr>
        <w:t xml:space="preserve"> que representa a LOCADORA, bem como na nuvem denominado “</w:t>
      </w:r>
      <w:r>
        <w:rPr>
          <w:rFonts w:ascii="Arial" w:hAnsi="Arial"/>
          <w:b/>
          <w:i w:val="0"/>
          <w:color w:val="C7923E"/>
          <w:sz w:val="20"/>
        </w:rPr>
        <w:t>[NUVEM]</w:t>
      </w:r>
      <w:r>
        <w:rPr>
          <w:rFonts w:ascii="Arial" w:hAnsi="Arial"/>
          <w:b w:val="0"/>
          <w:i w:val="0"/>
          <w:color w:val="101112"/>
          <w:sz w:val="20"/>
        </w:rPr>
        <w:t>” e no sistema “</w:t>
      </w:r>
      <w:r>
        <w:rPr>
          <w:rFonts w:ascii="Arial" w:hAnsi="Arial"/>
          <w:b/>
          <w:i w:val="0"/>
          <w:color w:val="C7923E"/>
          <w:sz w:val="20"/>
        </w:rPr>
        <w:t>[NOME]</w:t>
      </w:r>
      <w:r>
        <w:rPr>
          <w:rFonts w:ascii="Arial" w:hAnsi="Arial"/>
          <w:b w:val="0"/>
          <w:i w:val="0"/>
          <w:color w:val="101112"/>
          <w:sz w:val="20"/>
        </w:rPr>
        <w:t>”, sendo certo que ao final do contrato de locação, os referidos documentos serão eliminados.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2º- Para fins do disposto no artigo 7º da Lei Geral de Proteção de Dados, o LOCATÁRIO tem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ciência e autoriza, neste ato, a coleta e o tratamento de seus dados para atender exclusivamente o presente contrato, bem como para envio de conteúdos informativos por e-mail e via aplicativo de mensagem.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/>
          <w:i w:val="0"/>
          <w:color w:val="C7923E"/>
          <w:sz w:val="20"/>
        </w:rPr>
        <w:t>[CIDADE]</w:t>
      </w:r>
      <w:r>
        <w:rPr>
          <w:rFonts w:ascii="Arial" w:hAnsi="Arial"/>
          <w:b w:val="0"/>
          <w:i w:val="0"/>
          <w:color w:val="101112"/>
          <w:sz w:val="20"/>
        </w:rPr>
        <w:t>/</w:t>
      </w:r>
      <w:r>
        <w:rPr>
          <w:rFonts w:ascii="Arial" w:hAnsi="Arial"/>
          <w:b/>
          <w:i w:val="0"/>
          <w:color w:val="C7923E"/>
          <w:sz w:val="20"/>
        </w:rPr>
        <w:t>[ESTADO]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[DIA]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[MÊS]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[ANO]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LOCADORA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LOCATÁRIO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TESTEMUNHAS: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Nome:</w:t>
      </w:r>
      <w:r>
        <w:rPr>
          <w:rFonts w:ascii="Arial" w:hAnsi="Arial"/>
          <w:b/>
          <w:i w:val="0"/>
          <w:color w:val="C7923E"/>
          <w:sz w:val="20"/>
        </w:rPr>
        <w:t>__________________________</w:t>
      </w:r>
      <w:r>
        <w:rPr>
          <w:rFonts w:ascii="Arial" w:hAnsi="Arial"/>
          <w:b w:val="0"/>
          <w:i w:val="0"/>
          <w:color w:val="101112"/>
          <w:sz w:val="20"/>
        </w:rPr>
        <w:t xml:space="preserve"> Nome:</w:t>
      </w:r>
      <w:r>
        <w:rPr>
          <w:rFonts w:ascii="Arial" w:hAnsi="Arial"/>
          <w:b/>
          <w:i w:val="0"/>
          <w:color w:val="C7923E"/>
          <w:sz w:val="20"/>
        </w:rPr>
        <w:t>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CPF: </w:t>
      </w:r>
      <w:r>
        <w:rPr>
          <w:rFonts w:ascii="Arial" w:hAnsi="Arial"/>
          <w:b/>
          <w:i w:val="0"/>
          <w:color w:val="C7923E"/>
          <w:sz w:val="22"/>
        </w:rPr>
        <w:t>___________________________</w:t>
      </w:r>
      <w:r>
        <w:rPr>
          <w:rFonts w:ascii="Arial" w:hAnsi="Arial"/>
          <w:b/>
          <w:i w:val="0"/>
          <w:color w:val="000000"/>
          <w:sz w:val="22"/>
        </w:rPr>
        <w:t xml:space="preserve"> CPF: </w:t>
      </w:r>
      <w:r>
        <w:rPr>
          <w:rFonts w:ascii="Arial" w:hAnsi="Arial"/>
          <w:b/>
          <w:i w:val="0"/>
          <w:color w:val="C7923E"/>
          <w:sz w:val="22"/>
        </w:rPr>
        <w:t>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Ass: </w:t>
      </w:r>
      <w:r>
        <w:rPr>
          <w:rFonts w:ascii="Arial" w:hAnsi="Arial"/>
          <w:b/>
          <w:i w:val="0"/>
          <w:color w:val="C7923E"/>
          <w:sz w:val="20"/>
        </w:rPr>
        <w:t>___________________________</w:t>
      </w:r>
      <w:r>
        <w:rPr>
          <w:rFonts w:ascii="Arial" w:hAnsi="Arial"/>
          <w:b w:val="0"/>
          <w:i w:val="0"/>
          <w:color w:val="101112"/>
          <w:sz w:val="20"/>
        </w:rPr>
        <w:t xml:space="preserve"> Ass: </w:t>
      </w:r>
      <w:r>
        <w:rPr>
          <w:rFonts w:ascii="Arial" w:hAnsi="Arial"/>
          <w:b/>
          <w:i w:val="0"/>
          <w:color w:val="C7923E"/>
          <w:sz w:val="20"/>
        </w:rPr>
        <w:t>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