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Termo de Entrega de Chaves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pPr>
        <w:spacing w:before="240" w:after="0"/>
      </w:pPr>
      <w:r>
        <w:rPr>
          <w:rFonts w:ascii="Arial" w:hAnsi="Arial"/>
          <w:b/>
          <w:i w:val="0"/>
          <w:color w:val="C7923E"/>
          <w:sz w:val="19"/>
        </w:rPr>
        <w:t xml:space="preserve">Atenção: </w:t>
      </w:r>
      <w:r>
        <w:rPr>
          <w:rFonts w:ascii="Arial" w:hAnsi="Arial"/>
          <w:b w:val="0"/>
          <w:i w:val="0"/>
          <w:color w:val="101112"/>
          <w:sz w:val="19"/>
        </w:rPr>
        <w:t>confira as referências legais e sua adequação ao caso antes de utilizar o modelo.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Termo de Entrega de Chaves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VIA INQUILINO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LOCADORA: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LOCATÁRIO(A):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IMÓVEL: INSERIR </w:t>
      </w:r>
      <w:r>
        <w:rPr>
          <w:rFonts w:ascii="Arial" w:hAnsi="Arial"/>
          <w:b/>
          <w:i w:val="0"/>
          <w:color w:val="C7923E"/>
          <w:sz w:val="22"/>
        </w:rPr>
        <w:t>[ENDEREÇO COMPLETO]</w:t>
      </w:r>
      <w:r>
        <w:rPr>
          <w:rFonts w:ascii="Arial" w:hAnsi="Arial"/>
          <w:b/>
          <w:i w:val="0"/>
          <w:color w:val="000000"/>
          <w:sz w:val="22"/>
        </w:rPr>
        <w:t xml:space="preserve"> DO ENDEREÇO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Declara a LOCADORA, que recebeu do (a) LOCATÁRIO(A), nesta data, as chaves do imóvel supracitado, por ocasião do encerramento contratual de locação havido entre as partes.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 entrega das chaves pelo(a) LOCATÁRIO(A) não o(a) dispensa do cumprimento de suas obrigações contratuais, ficando consequentemente condicionado à vistoria final do imóvel.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 possível constatação de danos compromete o(a) LOCATÁRIO(A) e, eventual fiador(a) a ressarci-los conforme disposições legais e contratuais, conforme artigo 566 do Código Civil: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Art. 566. O locador é obrigado: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I - a entregar ao locatário a coisa alugada, com suas pertenças, em estado de servir ao uso a que se destina, e a mantê-la nesse estado, pelo tempo do contrato, salvo cláusula expressa em contrário.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Também, o(a) LOCATÁRIO(A) fica ciente que a entrega das chaves NÃO caracteriza a quitação de eventuais débitos, os quais deverão ser quitados, sujeito às penalidades previstas em contrato.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CIDADE, </w:t>
      </w:r>
      <w:r>
        <w:rPr>
          <w:rFonts w:ascii="Arial" w:hAnsi="Arial"/>
          <w:b/>
          <w:i w:val="0"/>
          <w:color w:val="C7923E"/>
          <w:sz w:val="20"/>
        </w:rPr>
        <w:t>_____</w:t>
      </w:r>
      <w:r>
        <w:rPr>
          <w:rFonts w:ascii="Arial" w:hAnsi="Arial"/>
          <w:b w:val="0"/>
          <w:i w:val="0"/>
          <w:color w:val="101112"/>
          <w:sz w:val="20"/>
        </w:rPr>
        <w:t xml:space="preserve"> de MÊS de 202X.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LOCADORA:</w:t>
      </w:r>
      <w:r>
        <w:rPr>
          <w:rFonts w:ascii="Arial" w:hAnsi="Arial"/>
          <w:b/>
          <w:i w:val="0"/>
          <w:color w:val="C7923E"/>
          <w:sz w:val="22"/>
        </w:rPr>
        <w:t>___________________________________________________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ASSINATURA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NOME: </w:t>
      </w:r>
      <w:r>
        <w:rPr>
          <w:rFonts w:ascii="Arial" w:hAnsi="Arial"/>
          <w:b/>
          <w:i w:val="0"/>
          <w:color w:val="C7923E"/>
          <w:sz w:val="22"/>
        </w:rPr>
        <w:t>__________________________________________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CPF: </w:t>
      </w:r>
      <w:r>
        <w:rPr>
          <w:rFonts w:ascii="Arial" w:hAnsi="Arial"/>
          <w:b/>
          <w:i w:val="0"/>
          <w:color w:val="C7923E"/>
          <w:sz w:val="22"/>
        </w:rPr>
        <w:t>_____________________________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TERMO DE ENTREGA DE CHAVES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VIA LOCADORA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LOCADORA: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LOCATÁRIO(A):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IMÓVEL: INSERIR </w:t>
      </w:r>
      <w:r>
        <w:rPr>
          <w:rFonts w:ascii="Arial" w:hAnsi="Arial"/>
          <w:b/>
          <w:i w:val="0"/>
          <w:color w:val="C7923E"/>
          <w:sz w:val="22"/>
        </w:rPr>
        <w:t>[ENDEREÇO COMPLETO]</w:t>
      </w:r>
      <w:r>
        <w:rPr>
          <w:rFonts w:ascii="Arial" w:hAnsi="Arial"/>
          <w:b/>
          <w:i w:val="0"/>
          <w:color w:val="000000"/>
          <w:sz w:val="22"/>
        </w:rPr>
        <w:t xml:space="preserve"> DO ENDEREÇO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Declara a LOCADORA, que recebeu do (a) LOCATÁRIO(A), nesta data, as chaves do imóvel supracitado, por ocasião do encerramento contratual de locação havido entre as partes.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 entrega das chaves pelo(a) LOCATÁRIO(A) não o(a) dispensa do cumprimento de suas obrigações contratuais, ficando consequentemente condicionado à vistoria final do imóvel.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 possível constatação de danos compromete o(a) LOCATÁRIO(A) e, eventual fiador(a) a ressarci-los conforme disposições legais e contratuais, conforme artigo 566 do Código Civil: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Art. 566. O locador é obrigado: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I - a entregar ao locatário a coisa alugada, com suas pertenças, em estado de servir ao uso a que se destina, e a mantê-la nesse estado, pelo tempo do contrato, salvo cláusula expressa em contrário.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Também, o(a) LOCATÁRIO(A) fica ciente que a entrega das chaves NÃO caracteriza a quitação de eventuais débitos, os quais deverão ser quitados, sujeito às penalidades previstas em contrato.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CIDADE, </w:t>
      </w:r>
      <w:r>
        <w:rPr>
          <w:rFonts w:ascii="Arial" w:hAnsi="Arial"/>
          <w:b/>
          <w:i w:val="0"/>
          <w:color w:val="C7923E"/>
          <w:sz w:val="20"/>
        </w:rPr>
        <w:t>_____</w:t>
      </w:r>
      <w:r>
        <w:rPr>
          <w:rFonts w:ascii="Arial" w:hAnsi="Arial"/>
          <w:b w:val="0"/>
          <w:i w:val="0"/>
          <w:color w:val="101112"/>
          <w:sz w:val="20"/>
        </w:rPr>
        <w:t xml:space="preserve"> de MÊS de 202X.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LOCADORA:</w:t>
      </w:r>
      <w:r>
        <w:rPr>
          <w:rFonts w:ascii="Arial" w:hAnsi="Arial"/>
          <w:b/>
          <w:i w:val="0"/>
          <w:color w:val="C7923E"/>
          <w:sz w:val="22"/>
        </w:rPr>
        <w:t>___________________________________________________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ASSINATURA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NOME: </w:t>
      </w:r>
      <w:r>
        <w:rPr>
          <w:rFonts w:ascii="Arial" w:hAnsi="Arial"/>
          <w:b/>
          <w:i w:val="0"/>
          <w:color w:val="C7923E"/>
          <w:sz w:val="22"/>
        </w:rPr>
        <w:t>__________________________________________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CPF: </w:t>
      </w:r>
      <w:r>
        <w:rPr>
          <w:rFonts w:ascii="Arial" w:hAnsi="Arial"/>
          <w:b/>
          <w:i w:val="0"/>
          <w:color w:val="C7923E"/>
          <w:sz w:val="22"/>
        </w:rPr>
        <w:t>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