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Termo de Quitação Contratual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Termo de Quitação Contratual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TERMO DE QUITAÇÃO CONTRATUAL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 da identidade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/ESTADO, inscrito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domiciliado na cidade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-ESTADO,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., doravante denominado LOCADORA.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outro lado </w:t>
      </w:r>
      <w:r>
        <w:rPr>
          <w:rFonts w:ascii="Arial" w:hAnsi="Arial"/>
          <w:b/>
          <w:i w:val="0"/>
          <w:color w:val="C7923E"/>
          <w:sz w:val="20"/>
        </w:rPr>
        <w:t>[NOME COMPLETO DO LOCATÁRIO]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inscrito no CPF sob o n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doravante denominado LOCATÁRIO: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IMÓVEL: </w:t>
      </w:r>
      <w:r>
        <w:rPr>
          <w:rFonts w:ascii="Arial" w:hAnsi="Arial"/>
          <w:b/>
          <w:i w:val="0"/>
          <w:color w:val="C7923E"/>
          <w:sz w:val="22"/>
        </w:rPr>
        <w:t>[ENDEREÇO COMPLETO COM CEP]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Tem justo e firmado entre si este termo de quitação, em conformidade com o contrato de locação não residencial que firmaram em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com término previsto em dia de mês de 202x, declarando a LOCADORA, ter recebido todos os valores referentes ao contrato de locação do imóvel supracitado, bem como as demais obrigações prevista do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Ressalta ainda que a LOCADORA abre mão da multa por rescisão antecipada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), bem como os débito pretéritos, no montante total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). </w:t>
      </w:r>
      <w:r>
        <w:rPr>
          <w:rFonts w:ascii="Arial" w:hAnsi="Arial"/>
          <w:b/>
          <w:i w:val="0"/>
          <w:color w:val="C7923E"/>
          <w:sz w:val="20"/>
        </w:rPr>
        <w:t>[TRECHO OPCIONAL — MANTER OU EXCLUIR CONFORME O CASO]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de 202X.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[NOME DA IMOBILIÁRIA]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